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37" w:type="pct"/>
        <w:tblInd w:w="-176" w:type="dxa"/>
        <w:tblLook w:val="01E0" w:firstRow="1" w:lastRow="1" w:firstColumn="1" w:lastColumn="1" w:noHBand="0" w:noVBand="0"/>
      </w:tblPr>
      <w:tblGrid>
        <w:gridCol w:w="4165"/>
        <w:gridCol w:w="5310"/>
      </w:tblGrid>
      <w:tr w:rsidR="006917C6" w:rsidRPr="009A1332" w14:paraId="4C91593B" w14:textId="77777777" w:rsidTr="00862972">
        <w:tc>
          <w:tcPr>
            <w:tcW w:w="2198" w:type="pct"/>
          </w:tcPr>
          <w:p w14:paraId="65158946" w14:textId="77777777" w:rsidR="006917C6" w:rsidRPr="001F0046" w:rsidRDefault="006917C6" w:rsidP="008629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0046">
              <w:rPr>
                <w:sz w:val="24"/>
                <w:szCs w:val="24"/>
              </w:rPr>
              <w:t>TRƯỜNG ĐẠI HỌC</w:t>
            </w:r>
          </w:p>
          <w:p w14:paraId="06403A78" w14:textId="77777777" w:rsidR="006917C6" w:rsidRPr="001F0046" w:rsidRDefault="006917C6" w:rsidP="008629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0046">
              <w:rPr>
                <w:sz w:val="24"/>
                <w:szCs w:val="24"/>
              </w:rPr>
              <w:t>SÂN KHẤU - ĐIỆN ẢNH HÀ NỘI</w:t>
            </w:r>
          </w:p>
          <w:p w14:paraId="690FC09E" w14:textId="77777777" w:rsidR="006917C6" w:rsidRPr="009A1332" w:rsidRDefault="006917C6" w:rsidP="00862972">
            <w:pPr>
              <w:spacing w:after="0" w:line="240" w:lineRule="auto"/>
              <w:jc w:val="center"/>
              <w:rPr>
                <w:szCs w:val="26"/>
              </w:rPr>
            </w:pPr>
            <w:r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190213" wp14:editId="7D718457">
                      <wp:simplePos x="0" y="0"/>
                      <wp:positionH relativeFrom="column">
                        <wp:posOffset>628319</wp:posOffset>
                      </wp:positionH>
                      <wp:positionV relativeFrom="paragraph">
                        <wp:posOffset>186055</wp:posOffset>
                      </wp:positionV>
                      <wp:extent cx="1240403" cy="0"/>
                      <wp:effectExtent l="0" t="0" r="3619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040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B1267B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45pt,14.65pt" to="147.1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" strokecolor="black [3040]"/>
                  </w:pict>
                </mc:Fallback>
              </mc:AlternateContent>
            </w:r>
            <w:r w:rsidRPr="001F0046">
              <w:rPr>
                <w:b/>
                <w:sz w:val="24"/>
                <w:szCs w:val="24"/>
              </w:rPr>
              <w:t>KHOA</w:t>
            </w:r>
            <w:r>
              <w:rPr>
                <w:b/>
                <w:sz w:val="24"/>
                <w:szCs w:val="24"/>
              </w:rPr>
              <w:t xml:space="preserve"> KỊCH HÁT DÂN TỘC</w:t>
            </w:r>
          </w:p>
        </w:tc>
        <w:tc>
          <w:tcPr>
            <w:tcW w:w="2802" w:type="pct"/>
          </w:tcPr>
          <w:p w14:paraId="1C5D61FD" w14:textId="77777777" w:rsidR="006917C6" w:rsidRPr="001F0046" w:rsidRDefault="006917C6" w:rsidP="0086297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F0046">
              <w:rPr>
                <w:b/>
                <w:sz w:val="24"/>
                <w:szCs w:val="24"/>
              </w:rPr>
              <w:t>CỘNG HOÀ XÃ HỘI CHỦ NGHĨA VIỆT NAM</w:t>
            </w:r>
          </w:p>
          <w:p w14:paraId="4584F2AA" w14:textId="77777777" w:rsidR="006917C6" w:rsidRPr="009A1332" w:rsidRDefault="006917C6" w:rsidP="00862972">
            <w:pPr>
              <w:spacing w:after="0" w:line="240" w:lineRule="auto"/>
              <w:jc w:val="center"/>
              <w:rPr>
                <w:b/>
                <w:szCs w:val="26"/>
              </w:rPr>
            </w:pPr>
            <w:r w:rsidRPr="009A1332">
              <w:rPr>
                <w:b/>
                <w:szCs w:val="26"/>
              </w:rPr>
              <w:t>Độc lập - Tự do - Hạnh phúc</w:t>
            </w:r>
          </w:p>
          <w:p w14:paraId="185E2FBD" w14:textId="77777777" w:rsidR="006917C6" w:rsidRPr="009A1332" w:rsidRDefault="006917C6" w:rsidP="00862972">
            <w:pPr>
              <w:spacing w:after="0" w:line="240" w:lineRule="auto"/>
              <w:jc w:val="center"/>
              <w:rPr>
                <w:szCs w:val="26"/>
              </w:rPr>
            </w:pPr>
            <w:r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EEFE1C" wp14:editId="19973F6E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19354</wp:posOffset>
                      </wp:positionV>
                      <wp:extent cx="1955800" cy="0"/>
                      <wp:effectExtent l="0" t="0" r="25400" b="1905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3361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52.3pt;margin-top:1.5pt;width:15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"/>
                  </w:pict>
                </mc:Fallback>
              </mc:AlternateContent>
            </w:r>
          </w:p>
          <w:p w14:paraId="705A202D" w14:textId="77777777" w:rsidR="006917C6" w:rsidRPr="007710F7" w:rsidRDefault="006917C6" w:rsidP="00862972">
            <w:pPr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 w:rsidRPr="007710F7">
              <w:rPr>
                <w:i/>
                <w:sz w:val="28"/>
                <w:szCs w:val="28"/>
              </w:rPr>
              <w:t>Hà Nội, ngày</w:t>
            </w:r>
            <w:r w:rsidRPr="007710F7">
              <w:rPr>
                <w:i/>
                <w:sz w:val="28"/>
                <w:szCs w:val="28"/>
                <w:lang w:val="vi-VN"/>
              </w:rPr>
              <w:t xml:space="preserve"> </w:t>
            </w:r>
            <w:r>
              <w:rPr>
                <w:i/>
                <w:sz w:val="28"/>
                <w:szCs w:val="28"/>
                <w:lang w:val="vi-VN"/>
              </w:rPr>
              <w:t>......</w:t>
            </w:r>
            <w:r w:rsidRPr="007710F7">
              <w:rPr>
                <w:i/>
                <w:sz w:val="28"/>
                <w:szCs w:val="28"/>
                <w:lang w:val="vi-VN"/>
              </w:rPr>
              <w:t xml:space="preserve"> </w:t>
            </w:r>
            <w:r w:rsidRPr="007710F7">
              <w:rPr>
                <w:i/>
                <w:sz w:val="28"/>
                <w:szCs w:val="28"/>
              </w:rPr>
              <w:t>tháng</w:t>
            </w:r>
            <w:r w:rsidRPr="007710F7">
              <w:rPr>
                <w:i/>
                <w:sz w:val="28"/>
                <w:szCs w:val="28"/>
                <w:lang w:val="vi-VN"/>
              </w:rPr>
              <w:t xml:space="preserve"> </w:t>
            </w:r>
            <w:r>
              <w:rPr>
                <w:i/>
                <w:sz w:val="28"/>
                <w:szCs w:val="28"/>
              </w:rPr>
              <w:t>……</w:t>
            </w:r>
            <w:r w:rsidRPr="007710F7">
              <w:rPr>
                <w:i/>
                <w:sz w:val="28"/>
                <w:szCs w:val="28"/>
              </w:rPr>
              <w:t xml:space="preserve"> năm </w:t>
            </w:r>
            <w:r>
              <w:rPr>
                <w:i/>
                <w:sz w:val="28"/>
                <w:szCs w:val="28"/>
              </w:rPr>
              <w:t>………</w:t>
            </w:r>
          </w:p>
        </w:tc>
      </w:tr>
    </w:tbl>
    <w:p w14:paraId="2FEC8BAF" w14:textId="10369359" w:rsidR="00130F62" w:rsidRDefault="00130F62" w:rsidP="006917C6">
      <w:pPr>
        <w:spacing w:after="0" w:line="240" w:lineRule="auto"/>
        <w:rPr>
          <w:b/>
          <w:bCs/>
        </w:rPr>
      </w:pPr>
    </w:p>
    <w:p w14:paraId="4EB10AE3" w14:textId="0C7642C7" w:rsidR="00831705" w:rsidRPr="00130F62" w:rsidRDefault="00831705" w:rsidP="006917C6">
      <w:pPr>
        <w:spacing w:after="0" w:line="240" w:lineRule="auto"/>
        <w:jc w:val="center"/>
        <w:rPr>
          <w:b/>
          <w:bCs/>
        </w:rPr>
      </w:pPr>
      <w:r w:rsidRPr="00130F62">
        <w:rPr>
          <w:b/>
          <w:bCs/>
        </w:rPr>
        <w:t xml:space="preserve">BIÊN BẢN HỌP </w:t>
      </w:r>
      <w:r w:rsidR="00130F62" w:rsidRPr="00130F62">
        <w:rPr>
          <w:b/>
          <w:bCs/>
        </w:rPr>
        <w:t>KHOA</w:t>
      </w:r>
    </w:p>
    <w:p w14:paraId="040F0149" w14:textId="77777777" w:rsidR="00831705" w:rsidRPr="00831705" w:rsidRDefault="00831705" w:rsidP="00831705">
      <w:pPr>
        <w:pStyle w:val="ListParagraph"/>
        <w:ind w:left="1440"/>
        <w:rPr>
          <w:b/>
          <w:bCs/>
        </w:rPr>
      </w:pPr>
    </w:p>
    <w:p w14:paraId="23E436A2" w14:textId="77777777" w:rsidR="002E0E8A" w:rsidRPr="002E0E8A" w:rsidRDefault="002E0E8A" w:rsidP="002E0E8A">
      <w:r w:rsidRPr="002E0E8A">
        <w:t>Thời gian: …………………</w:t>
      </w:r>
      <w:r w:rsidRPr="002E0E8A">
        <w:br/>
        <w:t>Địa điểm: …………………</w:t>
      </w:r>
    </w:p>
    <w:p w14:paraId="0510B8B3" w14:textId="77777777" w:rsidR="002E0E8A" w:rsidRPr="002E0E8A" w:rsidRDefault="002E0E8A" w:rsidP="002E0E8A">
      <w:r w:rsidRPr="002E0E8A">
        <w:t>Chủ trì: Trưởng khoa</w:t>
      </w:r>
      <w:r w:rsidRPr="002E0E8A">
        <w:br/>
        <w:t>Thư ký: …………………</w:t>
      </w:r>
    </w:p>
    <w:p w14:paraId="6D8A6851" w14:textId="77777777" w:rsidR="002E0E8A" w:rsidRPr="002E0E8A" w:rsidRDefault="002E0E8A" w:rsidP="002E0E8A">
      <w:r w:rsidRPr="002E0E8A">
        <w:t>Thành phần:</w:t>
      </w:r>
    </w:p>
    <w:p w14:paraId="71D0DB97" w14:textId="77777777" w:rsidR="002E0E8A" w:rsidRPr="002E0E8A" w:rsidRDefault="002E0E8A" w:rsidP="002E0E8A">
      <w:pPr>
        <w:numPr>
          <w:ilvl w:val="0"/>
          <w:numId w:val="16"/>
        </w:numPr>
      </w:pPr>
      <w:r w:rsidRPr="002E0E8A">
        <w:t>Toàn thể giảng viên khoa</w:t>
      </w:r>
    </w:p>
    <w:p w14:paraId="74852CE8" w14:textId="77777777" w:rsidR="002E0E8A" w:rsidRPr="002E0E8A" w:rsidRDefault="002E0E8A" w:rsidP="002E0E8A">
      <w:pPr>
        <w:numPr>
          <w:ilvl w:val="0"/>
          <w:numId w:val="16"/>
        </w:numPr>
      </w:pPr>
      <w:r w:rsidRPr="002E0E8A">
        <w:t>Khách mời (nếu có)</w:t>
      </w:r>
    </w:p>
    <w:p w14:paraId="3418C6A1" w14:textId="77777777" w:rsidR="002E0E8A" w:rsidRPr="002E0E8A" w:rsidRDefault="002E0E8A" w:rsidP="002E0E8A">
      <w:r w:rsidRPr="002E0E8A">
        <w:t>Nội dung:</w:t>
      </w:r>
    </w:p>
    <w:p w14:paraId="3588DC31" w14:textId="77777777" w:rsidR="002E0E8A" w:rsidRPr="002E0E8A" w:rsidRDefault="002E0E8A" w:rsidP="002E0E8A">
      <w:pPr>
        <w:numPr>
          <w:ilvl w:val="0"/>
          <w:numId w:val="17"/>
        </w:numPr>
      </w:pPr>
      <w:r w:rsidRPr="002E0E8A">
        <w:t>Đánh giá công tác giảng dạy</w:t>
      </w:r>
    </w:p>
    <w:p w14:paraId="5E740523" w14:textId="77777777" w:rsidR="002E0E8A" w:rsidRPr="002E0E8A" w:rsidRDefault="002E0E8A" w:rsidP="002E0E8A">
      <w:pPr>
        <w:numPr>
          <w:ilvl w:val="0"/>
          <w:numId w:val="17"/>
        </w:numPr>
      </w:pPr>
      <w:r w:rsidRPr="002E0E8A">
        <w:t>Kế hoạch biểu diễn – thực hành</w:t>
      </w:r>
    </w:p>
    <w:p w14:paraId="23F5F88B" w14:textId="77777777" w:rsidR="002E0E8A" w:rsidRPr="002E0E8A" w:rsidRDefault="002E0E8A" w:rsidP="002E0E8A">
      <w:pPr>
        <w:numPr>
          <w:ilvl w:val="0"/>
          <w:numId w:val="17"/>
        </w:numPr>
      </w:pPr>
      <w:r w:rsidRPr="002E0E8A">
        <w:t>Công tác nghiên cứu khoa học</w:t>
      </w:r>
    </w:p>
    <w:p w14:paraId="2E4CA465" w14:textId="77777777" w:rsidR="002E0E8A" w:rsidRPr="002E0E8A" w:rsidRDefault="002E0E8A" w:rsidP="002E0E8A">
      <w:r w:rsidRPr="002E0E8A">
        <w:t>Kết luận:</w:t>
      </w:r>
    </w:p>
    <w:p w14:paraId="4D4B7D80" w14:textId="77777777" w:rsidR="002E0E8A" w:rsidRPr="002E0E8A" w:rsidRDefault="002E0E8A" w:rsidP="002E0E8A">
      <w:pPr>
        <w:numPr>
          <w:ilvl w:val="0"/>
          <w:numId w:val="18"/>
        </w:numPr>
      </w:pPr>
      <w:r w:rsidRPr="002E0E8A">
        <w:t>………………………</w:t>
      </w:r>
    </w:p>
    <w:p w14:paraId="641A63ED" w14:textId="77777777" w:rsidR="002E0E8A" w:rsidRPr="002E0E8A" w:rsidRDefault="002E0E8A" w:rsidP="002E0E8A">
      <w:pPr>
        <w:numPr>
          <w:ilvl w:val="0"/>
          <w:numId w:val="18"/>
        </w:numPr>
      </w:pPr>
      <w:r w:rsidRPr="002E0E8A">
        <w:t>………………………</w:t>
      </w:r>
    </w:p>
    <w:p w14:paraId="63785F6D" w14:textId="77777777" w:rsidR="002E0E8A" w:rsidRPr="002E0E8A" w:rsidRDefault="002E0E8A" w:rsidP="002E0E8A">
      <w:r w:rsidRPr="002E0E8A">
        <w:t>Biên bản kết thúc lúc … giờ … cùng ngày.</w:t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5136FF" w:rsidRPr="00F435C7" w14:paraId="6710E83A" w14:textId="77777777" w:rsidTr="00862972">
        <w:tc>
          <w:tcPr>
            <w:tcW w:w="5245" w:type="dxa"/>
          </w:tcPr>
          <w:p w14:paraId="2025BB94" w14:textId="77777777" w:rsidR="005136FF" w:rsidRPr="00F435C7" w:rsidRDefault="005136FF" w:rsidP="00862972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</w:tc>
        <w:tc>
          <w:tcPr>
            <w:tcW w:w="4253" w:type="dxa"/>
          </w:tcPr>
          <w:p w14:paraId="6299E059" w14:textId="77777777" w:rsidR="005136FF" w:rsidRDefault="005136FF" w:rsidP="00862972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  <w:r w:rsidRPr="00F435C7">
              <w:rPr>
                <w:b/>
                <w:szCs w:val="26"/>
              </w:rPr>
              <w:t xml:space="preserve">KHOA </w:t>
            </w:r>
            <w:r>
              <w:rPr>
                <w:b/>
                <w:szCs w:val="26"/>
              </w:rPr>
              <w:t>KỊCH HÁT DÂN TỘC</w:t>
            </w:r>
          </w:p>
          <w:p w14:paraId="4440B064" w14:textId="77777777" w:rsidR="005136FF" w:rsidRDefault="005136FF" w:rsidP="00862972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00BBC20D" w14:textId="77777777" w:rsidR="005136FF" w:rsidRDefault="005136FF" w:rsidP="00862972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3E101868" w14:textId="77777777" w:rsidR="005136FF" w:rsidRDefault="005136FF" w:rsidP="00862972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0A8523A7" w14:textId="77777777" w:rsidR="005136FF" w:rsidRDefault="005136FF" w:rsidP="00862972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30B582C1" w14:textId="77777777" w:rsidR="005136FF" w:rsidRDefault="005136FF" w:rsidP="00862972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</w:p>
          <w:p w14:paraId="3E65EBB9" w14:textId="77777777" w:rsidR="005136FF" w:rsidRPr="00F435C7" w:rsidRDefault="005136FF" w:rsidP="00862972">
            <w:pPr>
              <w:tabs>
                <w:tab w:val="left" w:pos="360"/>
              </w:tabs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Phạm Hữu Dực</w:t>
            </w:r>
          </w:p>
        </w:tc>
      </w:tr>
    </w:tbl>
    <w:p w14:paraId="74C30801" w14:textId="77777777" w:rsidR="002E0E8A" w:rsidRDefault="002E0E8A" w:rsidP="002E0E8A">
      <w:pPr>
        <w:jc w:val="right"/>
        <w:rPr>
          <w:b/>
          <w:bCs/>
        </w:rPr>
      </w:pPr>
    </w:p>
    <w:p w14:paraId="5626064F" w14:textId="0EA9F8FA" w:rsidR="009B3CEF" w:rsidRDefault="009B3CEF">
      <w:bookmarkStart w:id="0" w:name="_GoBack"/>
      <w:bookmarkEnd w:id="0"/>
    </w:p>
    <w:sectPr w:rsidR="009B3CEF" w:rsidSect="001F0046"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3075C4"/>
    <w:multiLevelType w:val="multilevel"/>
    <w:tmpl w:val="7AFC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Zero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2F5737"/>
    <w:multiLevelType w:val="multilevel"/>
    <w:tmpl w:val="2BCA3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482F13"/>
    <w:multiLevelType w:val="multilevel"/>
    <w:tmpl w:val="2A987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4849D5"/>
    <w:multiLevelType w:val="multilevel"/>
    <w:tmpl w:val="6BD09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3F3327"/>
    <w:multiLevelType w:val="hybridMultilevel"/>
    <w:tmpl w:val="5420DED4"/>
    <w:lvl w:ilvl="0" w:tplc="9EA80EB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672300"/>
    <w:multiLevelType w:val="multilevel"/>
    <w:tmpl w:val="FDF40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4D7670"/>
    <w:multiLevelType w:val="multilevel"/>
    <w:tmpl w:val="E3829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2B2B36"/>
    <w:multiLevelType w:val="multilevel"/>
    <w:tmpl w:val="065C4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F509A7"/>
    <w:multiLevelType w:val="multilevel"/>
    <w:tmpl w:val="EAEA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A43C63"/>
    <w:multiLevelType w:val="multilevel"/>
    <w:tmpl w:val="CABE9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5C5B2F"/>
    <w:multiLevelType w:val="multilevel"/>
    <w:tmpl w:val="EACE8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C10930"/>
    <w:multiLevelType w:val="multilevel"/>
    <w:tmpl w:val="6402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8"/>
  </w:num>
  <w:num w:numId="12">
    <w:abstractNumId w:val="20"/>
  </w:num>
  <w:num w:numId="13">
    <w:abstractNumId w:val="12"/>
  </w:num>
  <w:num w:numId="14">
    <w:abstractNumId w:val="9"/>
  </w:num>
  <w:num w:numId="15">
    <w:abstractNumId w:val="17"/>
  </w:num>
  <w:num w:numId="16">
    <w:abstractNumId w:val="10"/>
  </w:num>
  <w:num w:numId="17">
    <w:abstractNumId w:val="16"/>
  </w:num>
  <w:num w:numId="18">
    <w:abstractNumId w:val="11"/>
  </w:num>
  <w:num w:numId="19">
    <w:abstractNumId w:val="19"/>
  </w:num>
  <w:num w:numId="20">
    <w:abstractNumId w:val="1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0F62"/>
    <w:rsid w:val="0015074B"/>
    <w:rsid w:val="001F0046"/>
    <w:rsid w:val="00260383"/>
    <w:rsid w:val="0029639D"/>
    <w:rsid w:val="002E0E8A"/>
    <w:rsid w:val="00326F90"/>
    <w:rsid w:val="004703F9"/>
    <w:rsid w:val="005136FF"/>
    <w:rsid w:val="00686D0E"/>
    <w:rsid w:val="006917C6"/>
    <w:rsid w:val="007465BF"/>
    <w:rsid w:val="00831705"/>
    <w:rsid w:val="009B3CEF"/>
    <w:rsid w:val="00A71919"/>
    <w:rsid w:val="00AA1D8D"/>
    <w:rsid w:val="00B47730"/>
    <w:rsid w:val="00C169FB"/>
    <w:rsid w:val="00CB0664"/>
    <w:rsid w:val="00D1023E"/>
    <w:rsid w:val="00FC693F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ED39A1"/>
  <w14:defaultImageDpi w14:val="300"/>
  <w15:docId w15:val="{92EED93E-D4BD-43CC-A371-C7CE800B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CEF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032B5C-1DC2-44F5-BB61-2AA8B0925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4</cp:revision>
  <dcterms:created xsi:type="dcterms:W3CDTF">2026-04-09T02:51:00Z</dcterms:created>
  <dcterms:modified xsi:type="dcterms:W3CDTF">2026-04-09T03:01:00Z</dcterms:modified>
  <cp:category/>
</cp:coreProperties>
</file>