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516" w:type="pct"/>
        <w:tblInd w:w="-426" w:type="dxa"/>
        <w:tblLook w:val="0000" w:firstRow="0" w:lastRow="0" w:firstColumn="0" w:lastColumn="0" w:noHBand="0" w:noVBand="0"/>
      </w:tblPr>
      <w:tblGrid>
        <w:gridCol w:w="5389"/>
        <w:gridCol w:w="5244"/>
      </w:tblGrid>
      <w:tr w:rsidR="00364F28" w:rsidRPr="00F45855" w:rsidTr="00364F28">
        <w:tc>
          <w:tcPr>
            <w:tcW w:w="2534" w:type="pct"/>
          </w:tcPr>
          <w:p w:rsidR="00364F28" w:rsidRPr="00364F28" w:rsidRDefault="00364F28" w:rsidP="00864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F28">
              <w:rPr>
                <w:rFonts w:ascii="Times New Roman" w:hAnsi="Times New Roman" w:cs="Times New Roman"/>
                <w:sz w:val="26"/>
                <w:szCs w:val="26"/>
              </w:rPr>
              <w:t>TRƯỜNG ĐẠI HỌC</w:t>
            </w:r>
          </w:p>
          <w:p w:rsidR="00364F28" w:rsidRPr="00364F28" w:rsidRDefault="00364F28" w:rsidP="00864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F28">
              <w:rPr>
                <w:rFonts w:ascii="Times New Roman" w:hAnsi="Times New Roman" w:cs="Times New Roman"/>
                <w:sz w:val="26"/>
                <w:szCs w:val="26"/>
              </w:rPr>
              <w:t>SÂN KHẤU - ĐIỆN ẢNH HÀ NỘI</w:t>
            </w:r>
          </w:p>
          <w:p w:rsidR="00364F28" w:rsidRPr="00364F28" w:rsidRDefault="00364F28" w:rsidP="00864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364F28">
              <w:rPr>
                <w:rFonts w:ascii="Times New Roman" w:hAnsi="Times New Roman" w:cs="Times New Roman"/>
                <w:b/>
                <w:sz w:val="25"/>
                <w:szCs w:val="25"/>
              </w:rPr>
              <w:t>ĐOÀN KIỂM TRA NỀ NẾP GIẢNG ĐƯỜNG</w:t>
            </w:r>
          </w:p>
          <w:p w:rsidR="00364F28" w:rsidRPr="00364F28" w:rsidRDefault="00364F28" w:rsidP="00864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F28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AA1B6C1" wp14:editId="58ED0B83">
                      <wp:simplePos x="0" y="0"/>
                      <wp:positionH relativeFrom="column">
                        <wp:posOffset>935355</wp:posOffset>
                      </wp:positionH>
                      <wp:positionV relativeFrom="paragraph">
                        <wp:posOffset>33655</wp:posOffset>
                      </wp:positionV>
                      <wp:extent cx="1257300" cy="0"/>
                      <wp:effectExtent l="6985" t="9525" r="12065" b="952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BDC63A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3.65pt,2.65pt" to="172.6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"/>
                  </w:pict>
                </mc:Fallback>
              </mc:AlternateContent>
            </w:r>
          </w:p>
          <w:p w:rsidR="00364F28" w:rsidRPr="00364F28" w:rsidRDefault="00364F28" w:rsidP="00364F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66" w:type="pct"/>
          </w:tcPr>
          <w:p w:rsidR="00364F28" w:rsidRPr="00364F28" w:rsidRDefault="00364F28" w:rsidP="00864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18"/>
                <w:sz w:val="26"/>
                <w:szCs w:val="26"/>
              </w:rPr>
            </w:pPr>
            <w:r w:rsidRPr="00364F28">
              <w:rPr>
                <w:rFonts w:ascii="Times New Roman" w:hAnsi="Times New Roman" w:cs="Times New Roman"/>
                <w:b/>
                <w:spacing w:val="-18"/>
                <w:sz w:val="26"/>
                <w:szCs w:val="26"/>
              </w:rPr>
              <w:t>CỘNG HOÀ XÃ HỘI CHỦ NGHĨA VIỆT NAM</w:t>
            </w:r>
          </w:p>
          <w:p w:rsidR="00364F28" w:rsidRPr="00364F28" w:rsidRDefault="00364F28" w:rsidP="00864F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64F28">
              <w:rPr>
                <w:rFonts w:ascii="Times New Roman" w:hAnsi="Times New Roman" w:cs="Times New Roman"/>
                <w:b/>
                <w:sz w:val="26"/>
                <w:szCs w:val="26"/>
              </w:rPr>
              <w:t>Độc lập - Tự do - Hạnh phúc</w:t>
            </w:r>
          </w:p>
          <w:p w:rsidR="00364F28" w:rsidRPr="00364F28" w:rsidRDefault="00364F28" w:rsidP="00864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F28">
              <w:rPr>
                <w:rFonts w:ascii="Times New Roman" w:hAnsi="Times New Roman" w:cs="Times New Roman"/>
                <w:noProof/>
                <w:spacing w:val="-16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EB4527" wp14:editId="5CC890CE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13970</wp:posOffset>
                      </wp:positionV>
                      <wp:extent cx="1257300" cy="0"/>
                      <wp:effectExtent l="11430" t="10160" r="7620" b="8890"/>
                      <wp:wrapNone/>
                      <wp:docPr id="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CA397F" id="Straight Connector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4pt,1.1pt" to="168.4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"/>
                  </w:pict>
                </mc:Fallback>
              </mc:AlternateContent>
            </w:r>
            <w:r w:rsidRPr="00364F28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  <w:p w:rsidR="00364F28" w:rsidRPr="00364F28" w:rsidRDefault="00364F28" w:rsidP="00364F28">
            <w:pPr>
              <w:spacing w:after="0" w:line="240" w:lineRule="auto"/>
              <w:ind w:left="3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64F28" w:rsidRPr="00364F28" w:rsidRDefault="00364F28" w:rsidP="00364F2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364F2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Hà Nội, ngày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</w:t>
            </w:r>
            <w:r w:rsidRPr="00364F2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tháng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</w:t>
            </w:r>
            <w:r w:rsidRPr="00364F28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năm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202….</w:t>
            </w:r>
          </w:p>
        </w:tc>
      </w:tr>
    </w:tbl>
    <w:p w:rsidR="00B659D0" w:rsidRPr="009162E5" w:rsidRDefault="00B659D0">
      <w:pPr>
        <w:rPr>
          <w:rFonts w:ascii="Times New Roman" w:hAnsi="Times New Roman" w:cs="Times New Roman"/>
          <w:sz w:val="28"/>
          <w:szCs w:val="28"/>
        </w:rPr>
      </w:pPr>
    </w:p>
    <w:p w:rsidR="00B659D0" w:rsidRPr="00364F28" w:rsidRDefault="009162E5" w:rsidP="00364F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F28">
        <w:rPr>
          <w:rFonts w:ascii="Times New Roman" w:hAnsi="Times New Roman" w:cs="Times New Roman"/>
          <w:b/>
          <w:sz w:val="28"/>
          <w:szCs w:val="28"/>
        </w:rPr>
        <w:t>BIÊN BẢN</w:t>
      </w:r>
      <w:r w:rsidR="00364F28" w:rsidRPr="00364F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4F28">
        <w:rPr>
          <w:rFonts w:ascii="Times New Roman" w:hAnsi="Times New Roman" w:cs="Times New Roman"/>
          <w:b/>
          <w:sz w:val="28"/>
          <w:szCs w:val="28"/>
        </w:rPr>
        <w:t>KIỂM TRA NỀ NẾP GIẢNG ĐƯỜNG</w:t>
      </w:r>
    </w:p>
    <w:p w:rsidR="00B659D0" w:rsidRPr="009162E5" w:rsidRDefault="009162E5" w:rsidP="00364F2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 xml:space="preserve">Căn cứ Quyết định số </w:t>
      </w:r>
      <w:r w:rsidR="00364F28">
        <w:rPr>
          <w:rFonts w:ascii="Times New Roman" w:hAnsi="Times New Roman" w:cs="Times New Roman"/>
          <w:sz w:val="28"/>
          <w:szCs w:val="28"/>
        </w:rPr>
        <w:t>834</w:t>
      </w:r>
      <w:r w:rsidRPr="009162E5">
        <w:rPr>
          <w:rFonts w:ascii="Times New Roman" w:hAnsi="Times New Roman" w:cs="Times New Roman"/>
          <w:sz w:val="28"/>
          <w:szCs w:val="28"/>
        </w:rPr>
        <w:t xml:space="preserve">/QĐ-SKĐAHN ngày </w:t>
      </w:r>
      <w:r w:rsidR="00364F28">
        <w:rPr>
          <w:rFonts w:ascii="Times New Roman" w:hAnsi="Times New Roman" w:cs="Times New Roman"/>
          <w:sz w:val="28"/>
          <w:szCs w:val="28"/>
        </w:rPr>
        <w:t>13 tháng 8 năm 2024</w:t>
      </w:r>
      <w:r w:rsidRPr="009162E5">
        <w:rPr>
          <w:rFonts w:ascii="Times New Roman" w:hAnsi="Times New Roman" w:cs="Times New Roman"/>
          <w:sz w:val="28"/>
          <w:szCs w:val="28"/>
        </w:rPr>
        <w:t xml:space="preserve"> của Hiệu trưởng Trường Đại học Sân khấ</w:t>
      </w:r>
      <w:r w:rsidR="00CF76EA">
        <w:rPr>
          <w:rFonts w:ascii="Times New Roman" w:hAnsi="Times New Roman" w:cs="Times New Roman"/>
          <w:sz w:val="28"/>
          <w:szCs w:val="28"/>
        </w:rPr>
        <w:t>u -</w:t>
      </w:r>
      <w:r w:rsidRPr="009162E5">
        <w:rPr>
          <w:rFonts w:ascii="Times New Roman" w:hAnsi="Times New Roman" w:cs="Times New Roman"/>
          <w:sz w:val="28"/>
          <w:szCs w:val="28"/>
        </w:rPr>
        <w:t xml:space="preserve"> Điện ảnh Hà Nội về việc thành lập Đoàn kiểm tra nề nếp giảng đường;</w:t>
      </w:r>
    </w:p>
    <w:p w:rsidR="00B659D0" w:rsidRPr="009162E5" w:rsidRDefault="009162E5" w:rsidP="00364F2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 xml:space="preserve">Căn cứ Kế hoạch số </w:t>
      </w:r>
      <w:r w:rsidR="00CF76EA"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="00CF76EA">
        <w:rPr>
          <w:rFonts w:ascii="Times New Roman" w:hAnsi="Times New Roman" w:cs="Times New Roman"/>
          <w:sz w:val="28"/>
          <w:szCs w:val="28"/>
        </w:rPr>
        <w:t xml:space="preserve">  </w:t>
      </w:r>
      <w:r w:rsidRPr="009162E5">
        <w:rPr>
          <w:rFonts w:ascii="Times New Roman" w:hAnsi="Times New Roman" w:cs="Times New Roman"/>
          <w:sz w:val="28"/>
          <w:szCs w:val="28"/>
        </w:rPr>
        <w:t xml:space="preserve">/KH-SKĐAHN ngày </w:t>
      </w:r>
      <w:r w:rsidR="00CF76EA">
        <w:rPr>
          <w:rFonts w:ascii="Times New Roman" w:hAnsi="Times New Roman" w:cs="Times New Roman"/>
          <w:sz w:val="28"/>
          <w:szCs w:val="28"/>
        </w:rPr>
        <w:t xml:space="preserve">    </w:t>
      </w:r>
      <w:r w:rsidR="00364F28">
        <w:rPr>
          <w:rFonts w:ascii="Times New Roman" w:hAnsi="Times New Roman" w:cs="Times New Roman"/>
          <w:sz w:val="28"/>
          <w:szCs w:val="28"/>
        </w:rPr>
        <w:t xml:space="preserve"> tháng </w:t>
      </w:r>
      <w:r w:rsidR="00CF76EA">
        <w:rPr>
          <w:rFonts w:ascii="Times New Roman" w:hAnsi="Times New Roman" w:cs="Times New Roman"/>
          <w:sz w:val="28"/>
          <w:szCs w:val="28"/>
        </w:rPr>
        <w:t xml:space="preserve">   </w:t>
      </w:r>
      <w:r w:rsidR="00364F28">
        <w:rPr>
          <w:rFonts w:ascii="Times New Roman" w:hAnsi="Times New Roman" w:cs="Times New Roman"/>
          <w:sz w:val="28"/>
          <w:szCs w:val="28"/>
        </w:rPr>
        <w:t xml:space="preserve"> năm 20</w:t>
      </w:r>
      <w:r w:rsidR="00CF76EA">
        <w:rPr>
          <w:rFonts w:ascii="Times New Roman" w:hAnsi="Times New Roman" w:cs="Times New Roman"/>
          <w:sz w:val="28"/>
          <w:szCs w:val="28"/>
        </w:rPr>
        <w:t xml:space="preserve">   </w:t>
      </w:r>
      <w:r w:rsidRPr="009162E5">
        <w:rPr>
          <w:rFonts w:ascii="Times New Roman" w:hAnsi="Times New Roman" w:cs="Times New Roman"/>
          <w:sz w:val="28"/>
          <w:szCs w:val="28"/>
        </w:rPr>
        <w:t xml:space="preserve"> về </w:t>
      </w:r>
      <w:r w:rsidR="00364F28">
        <w:rPr>
          <w:rFonts w:ascii="Times New Roman" w:hAnsi="Times New Roman" w:cs="Times New Roman"/>
          <w:sz w:val="28"/>
          <w:szCs w:val="28"/>
        </w:rPr>
        <w:t>việc thực hiện</w:t>
      </w:r>
      <w:r w:rsidRPr="009162E5">
        <w:rPr>
          <w:rFonts w:ascii="Times New Roman" w:hAnsi="Times New Roman" w:cs="Times New Roman"/>
          <w:sz w:val="28"/>
          <w:szCs w:val="28"/>
        </w:rPr>
        <w:t xml:space="preserve"> kiểm tra nề nếp giảng đường</w:t>
      </w:r>
      <w:r w:rsidR="00364F28">
        <w:rPr>
          <w:rFonts w:ascii="Times New Roman" w:hAnsi="Times New Roman" w:cs="Times New Roman"/>
          <w:sz w:val="28"/>
          <w:szCs w:val="28"/>
        </w:rPr>
        <w:t xml:space="preserve"> năm học 20</w:t>
      </w:r>
      <w:r w:rsidR="00CF76EA">
        <w:rPr>
          <w:rFonts w:ascii="Times New Roman" w:hAnsi="Times New Roman" w:cs="Times New Roman"/>
          <w:sz w:val="28"/>
          <w:szCs w:val="28"/>
        </w:rPr>
        <w:t xml:space="preserve">    </w:t>
      </w:r>
      <w:r w:rsidR="00364F28">
        <w:rPr>
          <w:rFonts w:ascii="Times New Roman" w:hAnsi="Times New Roman" w:cs="Times New Roman"/>
          <w:sz w:val="28"/>
          <w:szCs w:val="28"/>
        </w:rPr>
        <w:t xml:space="preserve"> -20</w:t>
      </w:r>
      <w:r w:rsidR="00CF76EA">
        <w:rPr>
          <w:rFonts w:ascii="Times New Roman" w:hAnsi="Times New Roman" w:cs="Times New Roman"/>
          <w:sz w:val="28"/>
          <w:szCs w:val="28"/>
        </w:rPr>
        <w:t xml:space="preserve">    </w:t>
      </w:r>
      <w:r w:rsidR="00364F28">
        <w:rPr>
          <w:rFonts w:ascii="Times New Roman" w:hAnsi="Times New Roman" w:cs="Times New Roman"/>
          <w:sz w:val="28"/>
          <w:szCs w:val="28"/>
        </w:rPr>
        <w:t>.</w:t>
      </w:r>
    </w:p>
    <w:p w:rsidR="00B659D0" w:rsidRPr="009162E5" w:rsidRDefault="009162E5" w:rsidP="00364F2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Hôm nay, vào hồi …… giờ …… phút, ngày …… tháng …… năm ………</w:t>
      </w:r>
      <w:r w:rsidR="00364F28">
        <w:rPr>
          <w:rFonts w:ascii="Times New Roman" w:hAnsi="Times New Roman" w:cs="Times New Roman"/>
          <w:sz w:val="28"/>
          <w:szCs w:val="28"/>
        </w:rPr>
        <w:t>…….</w:t>
      </w:r>
    </w:p>
    <w:p w:rsidR="00B659D0" w:rsidRPr="009162E5" w:rsidRDefault="009162E5" w:rsidP="00364F28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Tại</w:t>
      </w:r>
      <w:r w:rsidR="00364F28">
        <w:rPr>
          <w:rFonts w:ascii="Times New Roman" w:hAnsi="Times New Roman" w:cs="Times New Roman"/>
          <w:sz w:val="28"/>
          <w:szCs w:val="28"/>
        </w:rPr>
        <w:t>: ………………………………………………………………………………</w:t>
      </w:r>
    </w:p>
    <w:p w:rsidR="00B659D0" w:rsidRPr="00364F28" w:rsidRDefault="009162E5">
      <w:pPr>
        <w:rPr>
          <w:rFonts w:ascii="Times New Roman" w:hAnsi="Times New Roman" w:cs="Times New Roman"/>
          <w:b/>
          <w:sz w:val="28"/>
          <w:szCs w:val="28"/>
        </w:rPr>
      </w:pPr>
      <w:r w:rsidRPr="00364F28">
        <w:rPr>
          <w:rFonts w:ascii="Times New Roman" w:hAnsi="Times New Roman" w:cs="Times New Roman"/>
          <w:b/>
          <w:sz w:val="28"/>
          <w:szCs w:val="28"/>
        </w:rPr>
        <w:t>I. THÀNH PHẦN THAM GIA</w:t>
      </w:r>
    </w:p>
    <w:p w:rsidR="00B659D0" w:rsidRPr="009162E5" w:rsidRDefault="009162E5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1. Đoàn kiểm tra nề nếp giảng đường:</w:t>
      </w:r>
    </w:p>
    <w:p w:rsidR="00B659D0" w:rsidRPr="009162E5" w:rsidRDefault="00364F28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Ông/Bà: …………………………</w:t>
      </w:r>
      <w:r w:rsidR="009162E5" w:rsidRPr="009162E5">
        <w:rPr>
          <w:rFonts w:ascii="Times New Roman" w:hAnsi="Times New Roman" w:cs="Times New Roman"/>
          <w:sz w:val="28"/>
          <w:szCs w:val="28"/>
        </w:rPr>
        <w:t xml:space="preserve"> Chức vụ</w:t>
      </w:r>
      <w:r>
        <w:rPr>
          <w:rFonts w:ascii="Times New Roman" w:hAnsi="Times New Roman" w:cs="Times New Roman"/>
          <w:sz w:val="28"/>
          <w:szCs w:val="28"/>
        </w:rPr>
        <w:t>: ………………………….</w:t>
      </w:r>
      <w:r w:rsidR="009162E5" w:rsidRPr="009162E5">
        <w:rPr>
          <w:rFonts w:ascii="Times New Roman" w:hAnsi="Times New Roman" w:cs="Times New Roman"/>
          <w:sz w:val="28"/>
          <w:szCs w:val="28"/>
        </w:rPr>
        <w:t>(Trưởng đoàn)</w:t>
      </w:r>
    </w:p>
    <w:p w:rsidR="00B659D0" w:rsidRPr="009162E5" w:rsidRDefault="00364F28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Ông/Bà: ………………………….</w:t>
      </w:r>
      <w:r w:rsidR="009162E5" w:rsidRPr="009162E5">
        <w:rPr>
          <w:rFonts w:ascii="Times New Roman" w:hAnsi="Times New Roman" w:cs="Times New Roman"/>
          <w:sz w:val="28"/>
          <w:szCs w:val="28"/>
        </w:rPr>
        <w:t xml:space="preserve"> Chức vụ: ………………………</w:t>
      </w:r>
      <w:r>
        <w:rPr>
          <w:rFonts w:ascii="Times New Roman" w:hAnsi="Times New Roman" w:cs="Times New Roman"/>
          <w:sz w:val="28"/>
          <w:szCs w:val="28"/>
        </w:rPr>
        <w:t>…</w:t>
      </w:r>
      <w:r w:rsidR="00C805B6">
        <w:rPr>
          <w:rFonts w:ascii="Times New Roman" w:hAnsi="Times New Roman" w:cs="Times New Roman"/>
          <w:sz w:val="28"/>
          <w:szCs w:val="28"/>
        </w:rPr>
        <w:t>.</w:t>
      </w:r>
      <w:r w:rsidR="009162E5" w:rsidRPr="009162E5">
        <w:rPr>
          <w:rFonts w:ascii="Times New Roman" w:hAnsi="Times New Roman" w:cs="Times New Roman"/>
          <w:sz w:val="28"/>
          <w:szCs w:val="28"/>
        </w:rPr>
        <w:t xml:space="preserve"> (Thành viên)</w:t>
      </w:r>
    </w:p>
    <w:p w:rsidR="00B659D0" w:rsidRDefault="009162E5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- Ông/Bà: ……………………</w:t>
      </w:r>
      <w:r w:rsidR="00364F28">
        <w:rPr>
          <w:rFonts w:ascii="Times New Roman" w:hAnsi="Times New Roman" w:cs="Times New Roman"/>
          <w:sz w:val="28"/>
          <w:szCs w:val="28"/>
        </w:rPr>
        <w:t>……..</w:t>
      </w:r>
      <w:r w:rsidRPr="009162E5">
        <w:rPr>
          <w:rFonts w:ascii="Times New Roman" w:hAnsi="Times New Roman" w:cs="Times New Roman"/>
          <w:sz w:val="28"/>
          <w:szCs w:val="28"/>
        </w:rPr>
        <w:t xml:space="preserve"> Chức vụ: ………………………</w:t>
      </w:r>
      <w:r w:rsidR="00364F28">
        <w:rPr>
          <w:rFonts w:ascii="Times New Roman" w:hAnsi="Times New Roman" w:cs="Times New Roman"/>
          <w:sz w:val="28"/>
          <w:szCs w:val="28"/>
        </w:rPr>
        <w:t>...</w:t>
      </w:r>
      <w:r w:rsidR="00C805B6">
        <w:rPr>
          <w:rFonts w:ascii="Times New Roman" w:hAnsi="Times New Roman" w:cs="Times New Roman"/>
          <w:sz w:val="28"/>
          <w:szCs w:val="28"/>
        </w:rPr>
        <w:t>.</w:t>
      </w:r>
      <w:r w:rsidRPr="009162E5">
        <w:rPr>
          <w:rFonts w:ascii="Times New Roman" w:hAnsi="Times New Roman" w:cs="Times New Roman"/>
          <w:sz w:val="28"/>
          <w:szCs w:val="28"/>
        </w:rPr>
        <w:t xml:space="preserve"> (Thành viên)</w:t>
      </w:r>
    </w:p>
    <w:p w:rsidR="00D8114B" w:rsidRDefault="00D8114B" w:rsidP="00D8114B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- Ông/Bà: ……………………</w:t>
      </w:r>
      <w:r>
        <w:rPr>
          <w:rFonts w:ascii="Times New Roman" w:hAnsi="Times New Roman" w:cs="Times New Roman"/>
          <w:sz w:val="28"/>
          <w:szCs w:val="28"/>
        </w:rPr>
        <w:t>……..</w:t>
      </w:r>
      <w:r w:rsidRPr="009162E5">
        <w:rPr>
          <w:rFonts w:ascii="Times New Roman" w:hAnsi="Times New Roman" w:cs="Times New Roman"/>
          <w:sz w:val="28"/>
          <w:szCs w:val="28"/>
        </w:rPr>
        <w:t xml:space="preserve"> Chức vụ: ………………………</w:t>
      </w:r>
      <w:r>
        <w:rPr>
          <w:rFonts w:ascii="Times New Roman" w:hAnsi="Times New Roman" w:cs="Times New Roman"/>
          <w:sz w:val="28"/>
          <w:szCs w:val="28"/>
        </w:rPr>
        <w:t>....</w:t>
      </w:r>
      <w:r w:rsidRPr="009162E5">
        <w:rPr>
          <w:rFonts w:ascii="Times New Roman" w:hAnsi="Times New Roman" w:cs="Times New Roman"/>
          <w:sz w:val="28"/>
          <w:szCs w:val="28"/>
        </w:rPr>
        <w:t xml:space="preserve"> (Thành viên)</w:t>
      </w:r>
    </w:p>
    <w:p w:rsidR="005F3BD2" w:rsidRDefault="005F3BD2" w:rsidP="005F3BD2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- Ông/Bà: ……………………</w:t>
      </w:r>
      <w:r>
        <w:rPr>
          <w:rFonts w:ascii="Times New Roman" w:hAnsi="Times New Roman" w:cs="Times New Roman"/>
          <w:sz w:val="28"/>
          <w:szCs w:val="28"/>
        </w:rPr>
        <w:t>……..</w:t>
      </w:r>
      <w:r w:rsidRPr="009162E5">
        <w:rPr>
          <w:rFonts w:ascii="Times New Roman" w:hAnsi="Times New Roman" w:cs="Times New Roman"/>
          <w:sz w:val="28"/>
          <w:szCs w:val="28"/>
        </w:rPr>
        <w:t xml:space="preserve"> Chức vụ: ………………………</w:t>
      </w:r>
      <w:r>
        <w:rPr>
          <w:rFonts w:ascii="Times New Roman" w:hAnsi="Times New Roman" w:cs="Times New Roman"/>
          <w:sz w:val="28"/>
          <w:szCs w:val="28"/>
        </w:rPr>
        <w:t>....</w:t>
      </w:r>
      <w:r w:rsidRPr="009162E5">
        <w:rPr>
          <w:rFonts w:ascii="Times New Roman" w:hAnsi="Times New Roman" w:cs="Times New Roman"/>
          <w:sz w:val="28"/>
          <w:szCs w:val="28"/>
        </w:rPr>
        <w:t xml:space="preserve"> (Thành viên)</w:t>
      </w:r>
    </w:p>
    <w:p w:rsidR="00B659D0" w:rsidRPr="009162E5" w:rsidRDefault="009162E5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2. Đại diện Khoa:</w:t>
      </w:r>
    </w:p>
    <w:p w:rsidR="00B659D0" w:rsidRPr="009162E5" w:rsidRDefault="00C805B6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Ông/Bà: ……………………………</w:t>
      </w:r>
      <w:r w:rsidR="009162E5" w:rsidRPr="009162E5">
        <w:rPr>
          <w:rFonts w:ascii="Times New Roman" w:hAnsi="Times New Roman" w:cs="Times New Roman"/>
          <w:sz w:val="28"/>
          <w:szCs w:val="28"/>
        </w:rPr>
        <w:t>Chức vụ: 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………………..</w:t>
      </w:r>
    </w:p>
    <w:p w:rsidR="00B659D0" w:rsidRPr="009162E5" w:rsidRDefault="009162E5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3. Đại diện lớp sinh viên:</w:t>
      </w:r>
    </w:p>
    <w:p w:rsidR="00B659D0" w:rsidRPr="009162E5" w:rsidRDefault="009162E5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 xml:space="preserve">- </w:t>
      </w:r>
      <w:r w:rsidR="00C805B6">
        <w:rPr>
          <w:rFonts w:ascii="Times New Roman" w:hAnsi="Times New Roman" w:cs="Times New Roman"/>
          <w:sz w:val="28"/>
          <w:szCs w:val="28"/>
        </w:rPr>
        <w:t>Sinh viên: ………………………</w:t>
      </w:r>
      <w:r w:rsidRPr="009162E5">
        <w:rPr>
          <w:rFonts w:ascii="Times New Roman" w:hAnsi="Times New Roman" w:cs="Times New Roman"/>
          <w:sz w:val="28"/>
          <w:szCs w:val="28"/>
        </w:rPr>
        <w:t xml:space="preserve"> Lớ</w:t>
      </w:r>
      <w:r w:rsidR="00C805B6">
        <w:rPr>
          <w:rFonts w:ascii="Times New Roman" w:hAnsi="Times New Roman" w:cs="Times New Roman"/>
          <w:sz w:val="28"/>
          <w:szCs w:val="28"/>
        </w:rPr>
        <w:t>p: ……………………</w:t>
      </w:r>
      <w:r w:rsidRPr="009162E5">
        <w:rPr>
          <w:rFonts w:ascii="Times New Roman" w:hAnsi="Times New Roman" w:cs="Times New Roman"/>
          <w:sz w:val="28"/>
          <w:szCs w:val="28"/>
        </w:rPr>
        <w:t>Chức vụ: ……………</w:t>
      </w:r>
      <w:r w:rsidR="00C805B6">
        <w:rPr>
          <w:rFonts w:ascii="Times New Roman" w:hAnsi="Times New Roman" w:cs="Times New Roman"/>
          <w:sz w:val="28"/>
          <w:szCs w:val="28"/>
        </w:rPr>
        <w:t>….</w:t>
      </w:r>
    </w:p>
    <w:p w:rsidR="00B659D0" w:rsidRPr="009162E5" w:rsidRDefault="009162E5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4. Sinh viên có liên quan:</w:t>
      </w:r>
    </w:p>
    <w:p w:rsidR="00B659D0" w:rsidRDefault="009162E5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- Họ</w:t>
      </w:r>
      <w:r w:rsidR="00C805B6">
        <w:rPr>
          <w:rFonts w:ascii="Times New Roman" w:hAnsi="Times New Roman" w:cs="Times New Roman"/>
          <w:sz w:val="28"/>
          <w:szCs w:val="28"/>
        </w:rPr>
        <w:t xml:space="preserve"> và tên: ……………………………</w:t>
      </w:r>
      <w:r w:rsidRPr="009162E5">
        <w:rPr>
          <w:rFonts w:ascii="Times New Roman" w:hAnsi="Times New Roman" w:cs="Times New Roman"/>
          <w:sz w:val="28"/>
          <w:szCs w:val="28"/>
        </w:rPr>
        <w:t>MSSV: ………………… Lớp: ………………</w:t>
      </w:r>
    </w:p>
    <w:p w:rsidR="00D8114B" w:rsidRDefault="00D8114B" w:rsidP="00D8114B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- Họ</w:t>
      </w:r>
      <w:r>
        <w:rPr>
          <w:rFonts w:ascii="Times New Roman" w:hAnsi="Times New Roman" w:cs="Times New Roman"/>
          <w:sz w:val="28"/>
          <w:szCs w:val="28"/>
        </w:rPr>
        <w:t xml:space="preserve"> và tên: ……………………………</w:t>
      </w:r>
      <w:r w:rsidRPr="009162E5">
        <w:rPr>
          <w:rFonts w:ascii="Times New Roman" w:hAnsi="Times New Roman" w:cs="Times New Roman"/>
          <w:sz w:val="28"/>
          <w:szCs w:val="28"/>
        </w:rPr>
        <w:t>MSSV: ………………… Lớp: ………………</w:t>
      </w:r>
    </w:p>
    <w:p w:rsidR="00D8114B" w:rsidRDefault="00D8114B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62E5">
        <w:rPr>
          <w:rFonts w:ascii="Times New Roman" w:hAnsi="Times New Roman" w:cs="Times New Roman"/>
          <w:sz w:val="28"/>
          <w:szCs w:val="28"/>
        </w:rPr>
        <w:t>Họ</w:t>
      </w:r>
      <w:r>
        <w:rPr>
          <w:rFonts w:ascii="Times New Roman" w:hAnsi="Times New Roman" w:cs="Times New Roman"/>
          <w:sz w:val="28"/>
          <w:szCs w:val="28"/>
        </w:rPr>
        <w:t xml:space="preserve"> và tên: ……………………………</w:t>
      </w:r>
      <w:r w:rsidRPr="009162E5">
        <w:rPr>
          <w:rFonts w:ascii="Times New Roman" w:hAnsi="Times New Roman" w:cs="Times New Roman"/>
          <w:sz w:val="28"/>
          <w:szCs w:val="28"/>
        </w:rPr>
        <w:t>MSSV: ………………… Lớp: ………………</w:t>
      </w:r>
    </w:p>
    <w:p w:rsidR="008B2008" w:rsidRDefault="008B2008" w:rsidP="008B20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162E5">
        <w:rPr>
          <w:rFonts w:ascii="Times New Roman" w:hAnsi="Times New Roman" w:cs="Times New Roman"/>
          <w:sz w:val="28"/>
          <w:szCs w:val="28"/>
        </w:rPr>
        <w:t>Họ</w:t>
      </w:r>
      <w:r>
        <w:rPr>
          <w:rFonts w:ascii="Times New Roman" w:hAnsi="Times New Roman" w:cs="Times New Roman"/>
          <w:sz w:val="28"/>
          <w:szCs w:val="28"/>
        </w:rPr>
        <w:t xml:space="preserve"> và tên: ……………………………</w:t>
      </w:r>
      <w:r w:rsidRPr="009162E5">
        <w:rPr>
          <w:rFonts w:ascii="Times New Roman" w:hAnsi="Times New Roman" w:cs="Times New Roman"/>
          <w:sz w:val="28"/>
          <w:szCs w:val="28"/>
        </w:rPr>
        <w:t>MSSV: ………………… Lớp: ………………</w:t>
      </w:r>
    </w:p>
    <w:p w:rsidR="00B659D0" w:rsidRPr="00C805B6" w:rsidRDefault="009162E5" w:rsidP="00364F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5B6">
        <w:rPr>
          <w:rFonts w:ascii="Times New Roman" w:hAnsi="Times New Roman" w:cs="Times New Roman"/>
          <w:b/>
          <w:sz w:val="28"/>
          <w:szCs w:val="28"/>
        </w:rPr>
        <w:lastRenderedPageBreak/>
        <w:t>II. NỘI DUNG KIỂM TRA</w:t>
      </w:r>
    </w:p>
    <w:p w:rsidR="00B659D0" w:rsidRPr="009162E5" w:rsidRDefault="00C805B6" w:rsidP="00C805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</w:p>
    <w:p w:rsidR="00B659D0" w:rsidRPr="00C805B6" w:rsidRDefault="009162E5" w:rsidP="00364F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5B6">
        <w:rPr>
          <w:rFonts w:ascii="Times New Roman" w:hAnsi="Times New Roman" w:cs="Times New Roman"/>
          <w:b/>
          <w:sz w:val="28"/>
          <w:szCs w:val="28"/>
        </w:rPr>
        <w:t>III. Ý KIẾN GIẢI TRÌNH CỦA SINH VIÊN</w:t>
      </w:r>
    </w:p>
    <w:p w:rsidR="00B659D0" w:rsidRPr="009162E5" w:rsidRDefault="00C805B6" w:rsidP="00C805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868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9D0" w:rsidRPr="00C805B6" w:rsidRDefault="009162E5" w:rsidP="00C805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5B6">
        <w:rPr>
          <w:rFonts w:ascii="Times New Roman" w:hAnsi="Times New Roman" w:cs="Times New Roman"/>
          <w:b/>
          <w:sz w:val="28"/>
          <w:szCs w:val="28"/>
        </w:rPr>
        <w:t>IV. NHẬN XÉT CỦA ĐOÀN KIỂM TRA</w:t>
      </w:r>
    </w:p>
    <w:p w:rsidR="00B659D0" w:rsidRDefault="009162E5" w:rsidP="00C80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(Chỉ ghi nhận sự việc, không kết luận hình thức kỷ luật)</w:t>
      </w:r>
    </w:p>
    <w:p w:rsidR="00C805B6" w:rsidRPr="009162E5" w:rsidRDefault="00C805B6" w:rsidP="00C805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868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9D0" w:rsidRPr="00C805B6" w:rsidRDefault="009162E5" w:rsidP="00364F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5B6">
        <w:rPr>
          <w:rFonts w:ascii="Times New Roman" w:hAnsi="Times New Roman" w:cs="Times New Roman"/>
          <w:b/>
          <w:sz w:val="28"/>
          <w:szCs w:val="28"/>
        </w:rPr>
        <w:t>V. KIẾN NGHỊ</w:t>
      </w:r>
    </w:p>
    <w:p w:rsidR="00B659D0" w:rsidRPr="009162E5" w:rsidRDefault="009162E5" w:rsidP="00C805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Đề nghị Phòng Khảo thí và Công tác Học sinh, Sinh viên tiếp nhận hồ sơ, tham mưu Hiệu trưởng xem xét, xử lý theo quy định hiện hành.</w:t>
      </w:r>
    </w:p>
    <w:p w:rsidR="00B659D0" w:rsidRPr="009162E5" w:rsidRDefault="009162E5" w:rsidP="00C805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Biên bản lập xong hồi …… giờ …… phút cùng ngày, đã đọc lại cho các bên cùng nghe và thống nhất nội dung.</w:t>
      </w:r>
    </w:p>
    <w:p w:rsidR="00B659D0" w:rsidRPr="009162E5" w:rsidRDefault="009162E5" w:rsidP="00C805B6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>Biên bản gồm …… trang, lập thành …… bản có giá trị pháp lý như nhau.</w:t>
      </w:r>
    </w:p>
    <w:p w:rsidR="00B659D0" w:rsidRPr="00C805B6" w:rsidRDefault="009162E5" w:rsidP="00C805B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5B6">
        <w:rPr>
          <w:rFonts w:ascii="Times New Roman" w:hAnsi="Times New Roman" w:cs="Times New Roman"/>
          <w:b/>
          <w:sz w:val="28"/>
          <w:szCs w:val="28"/>
        </w:rPr>
        <w:t xml:space="preserve">NGƯỜI LẬP BIÊN BẢN                     </w:t>
      </w:r>
      <w:r w:rsidR="00C805B6" w:rsidRPr="00C805B6">
        <w:rPr>
          <w:rFonts w:ascii="Times New Roman" w:hAnsi="Times New Roman" w:cs="Times New Roman"/>
          <w:b/>
          <w:sz w:val="28"/>
          <w:szCs w:val="28"/>
        </w:rPr>
        <w:tab/>
      </w:r>
      <w:r w:rsidRPr="00C805B6">
        <w:rPr>
          <w:rFonts w:ascii="Times New Roman" w:hAnsi="Times New Roman" w:cs="Times New Roman"/>
          <w:b/>
          <w:sz w:val="28"/>
          <w:szCs w:val="28"/>
        </w:rPr>
        <w:t>TRƯỞNG ĐOÀN KIỂM TRA</w:t>
      </w:r>
    </w:p>
    <w:p w:rsidR="00B659D0" w:rsidRDefault="00C805B6" w:rsidP="00C805B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162E5" w:rsidRPr="009162E5">
        <w:rPr>
          <w:rFonts w:ascii="Times New Roman" w:hAnsi="Times New Roman" w:cs="Times New Roman"/>
          <w:sz w:val="28"/>
          <w:szCs w:val="28"/>
        </w:rPr>
        <w:t xml:space="preserve">(Ký, ghi rõ họ tên)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9162E5" w:rsidRPr="009162E5">
        <w:rPr>
          <w:rFonts w:ascii="Times New Roman" w:hAnsi="Times New Roman" w:cs="Times New Roman"/>
          <w:sz w:val="28"/>
          <w:szCs w:val="28"/>
        </w:rPr>
        <w:t xml:space="preserve"> (Ký, ghi rõ họ tên)</w:t>
      </w:r>
    </w:p>
    <w:p w:rsidR="009868CB" w:rsidRPr="009162E5" w:rsidRDefault="009868CB" w:rsidP="00C805B6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B659D0" w:rsidRPr="009162E5" w:rsidRDefault="00B659D0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59D0" w:rsidRPr="009162E5" w:rsidRDefault="00B659D0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59D0" w:rsidRPr="00C805B6" w:rsidRDefault="00C805B6" w:rsidP="00C805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805B6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9162E5" w:rsidRPr="00C805B6">
        <w:rPr>
          <w:rFonts w:ascii="Times New Roman" w:hAnsi="Times New Roman" w:cs="Times New Roman"/>
          <w:b/>
          <w:sz w:val="28"/>
          <w:szCs w:val="28"/>
        </w:rPr>
        <w:t>ĐẠI DIỆN KHOA</w:t>
      </w:r>
      <w:r w:rsidRPr="00C805B6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</w:t>
      </w:r>
      <w:r w:rsidR="009868CB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C805B6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162E5" w:rsidRPr="00C805B6">
        <w:rPr>
          <w:rFonts w:ascii="Times New Roman" w:hAnsi="Times New Roman" w:cs="Times New Roman"/>
          <w:b/>
          <w:sz w:val="28"/>
          <w:szCs w:val="28"/>
        </w:rPr>
        <w:t>SINH VIÊN</w:t>
      </w:r>
      <w:r w:rsidR="009868CB">
        <w:rPr>
          <w:rFonts w:ascii="Times New Roman" w:hAnsi="Times New Roman" w:cs="Times New Roman"/>
          <w:b/>
          <w:sz w:val="28"/>
          <w:szCs w:val="28"/>
        </w:rPr>
        <w:t xml:space="preserve"> ĐẠI DIỆN LỚP</w:t>
      </w:r>
    </w:p>
    <w:p w:rsidR="00B659D0" w:rsidRDefault="00C805B6" w:rsidP="00C80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162E5" w:rsidRPr="009162E5">
        <w:rPr>
          <w:rFonts w:ascii="Times New Roman" w:hAnsi="Times New Roman" w:cs="Times New Roman"/>
          <w:sz w:val="28"/>
          <w:szCs w:val="28"/>
        </w:rPr>
        <w:t xml:space="preserve">(Ký, ghi rõ họ tên)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9162E5" w:rsidRPr="009162E5">
        <w:rPr>
          <w:rFonts w:ascii="Times New Roman" w:hAnsi="Times New Roman" w:cs="Times New Roman"/>
          <w:sz w:val="28"/>
          <w:szCs w:val="28"/>
        </w:rPr>
        <w:t>(Ký, ghi rõ họ tên)</w:t>
      </w:r>
    </w:p>
    <w:p w:rsidR="009868CB" w:rsidRDefault="009868CB" w:rsidP="00C80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68CB" w:rsidRDefault="009868CB" w:rsidP="00C80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14B" w:rsidRDefault="00D8114B" w:rsidP="00C80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14B" w:rsidRDefault="00D8114B" w:rsidP="00C80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14B" w:rsidRDefault="00D8114B" w:rsidP="00C805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114B" w:rsidRPr="006D463B" w:rsidRDefault="00A76649" w:rsidP="00C805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D463B">
        <w:rPr>
          <w:rFonts w:ascii="Times New Roman" w:hAnsi="Times New Roman" w:cs="Times New Roman"/>
          <w:b/>
          <w:sz w:val="28"/>
          <w:szCs w:val="28"/>
        </w:rPr>
        <w:t xml:space="preserve">GIẢNG VIÊN                                                         NGƯỜI HỌC HỘ   </w:t>
      </w:r>
    </w:p>
    <w:p w:rsidR="00A76649" w:rsidRPr="006D463B" w:rsidRDefault="00A76649" w:rsidP="00C805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114B" w:rsidRPr="006D463B" w:rsidRDefault="00A76649" w:rsidP="00C805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63B">
        <w:rPr>
          <w:rFonts w:ascii="Times New Roman" w:hAnsi="Times New Roman" w:cs="Times New Roman"/>
          <w:b/>
          <w:sz w:val="28"/>
          <w:szCs w:val="28"/>
        </w:rPr>
        <w:t xml:space="preserve">         (Ký, ghi rõ họ tên)                                                     (Ký, ghi rõ họ tên)                                               </w:t>
      </w:r>
    </w:p>
    <w:p w:rsidR="00D8114B" w:rsidRPr="006D463B" w:rsidRDefault="00D8114B" w:rsidP="00C805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114B" w:rsidRPr="006D463B" w:rsidRDefault="00D8114B" w:rsidP="00C805B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63B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</w:p>
    <w:p w:rsidR="00B659D0" w:rsidRPr="006D463B" w:rsidRDefault="00B659D0" w:rsidP="00364F2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5B6" w:rsidRPr="006D463B" w:rsidRDefault="00C805B6" w:rsidP="00364F2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05B6" w:rsidRPr="006D463B" w:rsidRDefault="00A76649" w:rsidP="00364F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63B">
        <w:rPr>
          <w:rFonts w:ascii="Times New Roman" w:hAnsi="Times New Roman" w:cs="Times New Roman"/>
          <w:b/>
          <w:sz w:val="28"/>
          <w:szCs w:val="28"/>
        </w:rPr>
        <w:t>THÀNH VIÊN ĐOÀN KIỂM TRA</w:t>
      </w:r>
    </w:p>
    <w:p w:rsidR="006D463B" w:rsidRPr="006D463B" w:rsidRDefault="00A76649" w:rsidP="00364F2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D463B">
        <w:rPr>
          <w:rFonts w:ascii="Times New Roman" w:hAnsi="Times New Roman" w:cs="Times New Roman"/>
          <w:b/>
          <w:sz w:val="28"/>
          <w:szCs w:val="28"/>
        </w:rPr>
        <w:t xml:space="preserve">          (Ký, ghi rõ họ tên)       </w:t>
      </w: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63B" w:rsidRDefault="006D463B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6649" w:rsidRDefault="00A76649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6649" w:rsidRDefault="00A76649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76649" w:rsidRDefault="00A76649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5B6" w:rsidRDefault="00A76649" w:rsidP="00364F28">
      <w:pPr>
        <w:jc w:val="both"/>
        <w:rPr>
          <w:rFonts w:ascii="Times New Roman" w:hAnsi="Times New Roman" w:cs="Times New Roman"/>
          <w:sz w:val="28"/>
          <w:szCs w:val="28"/>
        </w:rPr>
      </w:pPr>
      <w:r w:rsidRPr="009162E5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B659D0" w:rsidRPr="00C805B6" w:rsidRDefault="00C805B6" w:rsidP="00C805B6">
      <w:pPr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805B6">
        <w:rPr>
          <w:rFonts w:ascii="Times New Roman" w:hAnsi="Times New Roman" w:cs="Times New Roman"/>
          <w:i/>
          <w:sz w:val="28"/>
          <w:szCs w:val="28"/>
        </w:rPr>
        <w:t xml:space="preserve">Lưu ý: </w:t>
      </w:r>
      <w:r w:rsidR="009162E5" w:rsidRPr="00C805B6">
        <w:rPr>
          <w:rFonts w:ascii="Times New Roman" w:hAnsi="Times New Roman" w:cs="Times New Roman"/>
          <w:i/>
          <w:sz w:val="28"/>
          <w:szCs w:val="28"/>
        </w:rPr>
        <w:t>Trường hợp sinh viên không ký: ghi rõ lý do và người làm chứng.</w:t>
      </w:r>
    </w:p>
    <w:p w:rsidR="00B659D0" w:rsidRPr="009162E5" w:rsidRDefault="00B659D0" w:rsidP="00364F2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659D0" w:rsidRPr="009162E5" w:rsidSect="00364F28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7A1A"/>
    <w:rsid w:val="00364F28"/>
    <w:rsid w:val="005F3BD2"/>
    <w:rsid w:val="006D463B"/>
    <w:rsid w:val="008B2008"/>
    <w:rsid w:val="009162E5"/>
    <w:rsid w:val="009868CB"/>
    <w:rsid w:val="00A76649"/>
    <w:rsid w:val="00AA1D8D"/>
    <w:rsid w:val="00B47730"/>
    <w:rsid w:val="00B659D0"/>
    <w:rsid w:val="00C805B6"/>
    <w:rsid w:val="00CB0664"/>
    <w:rsid w:val="00CF76EA"/>
    <w:rsid w:val="00D8114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1CAD0F"/>
  <w14:defaultImageDpi w14:val="300"/>
  <w15:docId w15:val="{20FE35D7-9344-432F-A2E7-CA3D0E63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986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8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E716F0-8555-49B2-8070-1C27965BF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3</cp:revision>
  <cp:lastPrinted>2026-03-05T02:33:00Z</cp:lastPrinted>
  <dcterms:created xsi:type="dcterms:W3CDTF">2026-03-05T02:34:00Z</dcterms:created>
  <dcterms:modified xsi:type="dcterms:W3CDTF">2026-04-28T08:06:00Z</dcterms:modified>
  <cp:category/>
</cp:coreProperties>
</file>