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37" w:type="pct"/>
        <w:tblInd w:w="-176" w:type="dxa"/>
        <w:tblLook w:val="01E0" w:firstRow="1" w:lastRow="1" w:firstColumn="1" w:lastColumn="1" w:noHBand="0" w:noVBand="0"/>
      </w:tblPr>
      <w:tblGrid>
        <w:gridCol w:w="4165"/>
        <w:gridCol w:w="5310"/>
      </w:tblGrid>
      <w:tr w:rsidR="00C531CB" w:rsidRPr="009A1332" w14:paraId="37D7A3DF" w14:textId="77777777" w:rsidTr="00A0243A">
        <w:tc>
          <w:tcPr>
            <w:tcW w:w="2198" w:type="pct"/>
          </w:tcPr>
          <w:p w14:paraId="4BD66F1E" w14:textId="77777777" w:rsidR="00C531CB" w:rsidRPr="001F0046" w:rsidRDefault="00C531CB" w:rsidP="00A024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F0046">
              <w:rPr>
                <w:sz w:val="24"/>
                <w:szCs w:val="24"/>
              </w:rPr>
              <w:t>TRƯỜNG ĐẠI HỌC</w:t>
            </w:r>
          </w:p>
          <w:p w14:paraId="7C71C270" w14:textId="77777777" w:rsidR="00C531CB" w:rsidRPr="001F0046" w:rsidRDefault="00C531CB" w:rsidP="00A024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F0046">
              <w:rPr>
                <w:sz w:val="24"/>
                <w:szCs w:val="24"/>
              </w:rPr>
              <w:t>SÂN KHẤU - ĐIỆN ẢNH HÀ NỘI</w:t>
            </w:r>
          </w:p>
          <w:p w14:paraId="333D3C26" w14:textId="77777777" w:rsidR="00C531CB" w:rsidRPr="009A1332" w:rsidRDefault="00C531CB" w:rsidP="00A0243A">
            <w:pPr>
              <w:spacing w:after="0" w:line="240" w:lineRule="auto"/>
              <w:jc w:val="center"/>
              <w:rPr>
                <w:szCs w:val="26"/>
              </w:rPr>
            </w:pPr>
            <w:r>
              <w:rPr>
                <w:noProof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6B68597" wp14:editId="032FDB0F">
                      <wp:simplePos x="0" y="0"/>
                      <wp:positionH relativeFrom="column">
                        <wp:posOffset>628319</wp:posOffset>
                      </wp:positionH>
                      <wp:positionV relativeFrom="paragraph">
                        <wp:posOffset>186055</wp:posOffset>
                      </wp:positionV>
                      <wp:extent cx="1240403" cy="0"/>
                      <wp:effectExtent l="0" t="0" r="36195" b="19050"/>
                      <wp:wrapNone/>
                      <wp:docPr id="10" name="Straight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40403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C511FB2" id="Straight Connector 10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.45pt,14.65pt" to="147.1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" strokecolor="black [3040]"/>
                  </w:pict>
                </mc:Fallback>
              </mc:AlternateContent>
            </w:r>
            <w:r w:rsidRPr="001F0046">
              <w:rPr>
                <w:b/>
                <w:sz w:val="24"/>
                <w:szCs w:val="24"/>
              </w:rPr>
              <w:t>KHOA</w:t>
            </w:r>
            <w:r>
              <w:rPr>
                <w:b/>
                <w:sz w:val="24"/>
                <w:szCs w:val="24"/>
              </w:rPr>
              <w:t xml:space="preserve"> KỊCH HÁT DÂN TỘC</w:t>
            </w:r>
          </w:p>
        </w:tc>
        <w:tc>
          <w:tcPr>
            <w:tcW w:w="2802" w:type="pct"/>
          </w:tcPr>
          <w:p w14:paraId="4F394237" w14:textId="77777777" w:rsidR="00C531CB" w:rsidRPr="001F0046" w:rsidRDefault="00C531CB" w:rsidP="00A0243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1F0046">
              <w:rPr>
                <w:b/>
                <w:sz w:val="24"/>
                <w:szCs w:val="24"/>
              </w:rPr>
              <w:t>CỘNG HOÀ XÃ HỘI CHỦ NGHĨA VIỆT NAM</w:t>
            </w:r>
          </w:p>
          <w:p w14:paraId="62AE0B99" w14:textId="77777777" w:rsidR="00C531CB" w:rsidRPr="009A1332" w:rsidRDefault="00C531CB" w:rsidP="00A0243A">
            <w:pPr>
              <w:spacing w:after="0" w:line="240" w:lineRule="auto"/>
              <w:jc w:val="center"/>
              <w:rPr>
                <w:b/>
                <w:szCs w:val="26"/>
              </w:rPr>
            </w:pPr>
            <w:r w:rsidRPr="009A1332">
              <w:rPr>
                <w:b/>
                <w:szCs w:val="26"/>
              </w:rPr>
              <w:t>Độc lập - Tự do - Hạnh phúc</w:t>
            </w:r>
          </w:p>
          <w:p w14:paraId="49FFE1B2" w14:textId="77777777" w:rsidR="00C531CB" w:rsidRPr="009A1332" w:rsidRDefault="00C531CB" w:rsidP="00A0243A">
            <w:pPr>
              <w:spacing w:after="0" w:line="240" w:lineRule="auto"/>
              <w:jc w:val="center"/>
              <w:rPr>
                <w:szCs w:val="26"/>
              </w:rPr>
            </w:pPr>
          </w:p>
          <w:p w14:paraId="78823FD4" w14:textId="77777777" w:rsidR="00C531CB" w:rsidRPr="007710F7" w:rsidRDefault="00C531CB" w:rsidP="00A0243A">
            <w:pPr>
              <w:spacing w:after="0" w:line="240" w:lineRule="auto"/>
              <w:jc w:val="center"/>
              <w:rPr>
                <w:i/>
                <w:sz w:val="28"/>
                <w:szCs w:val="28"/>
              </w:rPr>
            </w:pPr>
            <w:r w:rsidRPr="007710F7">
              <w:rPr>
                <w:i/>
                <w:sz w:val="28"/>
                <w:szCs w:val="28"/>
              </w:rPr>
              <w:t>Hà Nội, ngày</w:t>
            </w:r>
            <w:r w:rsidRPr="007710F7">
              <w:rPr>
                <w:i/>
                <w:sz w:val="28"/>
                <w:szCs w:val="28"/>
                <w:lang w:val="vi-VN"/>
              </w:rPr>
              <w:t xml:space="preserve"> </w:t>
            </w:r>
            <w:r>
              <w:rPr>
                <w:i/>
                <w:sz w:val="28"/>
                <w:szCs w:val="28"/>
                <w:lang w:val="vi-VN"/>
              </w:rPr>
              <w:t>......</w:t>
            </w:r>
            <w:r w:rsidRPr="007710F7">
              <w:rPr>
                <w:i/>
                <w:sz w:val="28"/>
                <w:szCs w:val="28"/>
                <w:lang w:val="vi-VN"/>
              </w:rPr>
              <w:t xml:space="preserve"> </w:t>
            </w:r>
            <w:r w:rsidRPr="007710F7">
              <w:rPr>
                <w:i/>
                <w:sz w:val="28"/>
                <w:szCs w:val="28"/>
              </w:rPr>
              <w:t>tháng</w:t>
            </w:r>
            <w:r w:rsidRPr="007710F7">
              <w:rPr>
                <w:i/>
                <w:sz w:val="28"/>
                <w:szCs w:val="28"/>
                <w:lang w:val="vi-VN"/>
              </w:rPr>
              <w:t xml:space="preserve"> </w:t>
            </w:r>
            <w:r>
              <w:rPr>
                <w:i/>
                <w:sz w:val="28"/>
                <w:szCs w:val="28"/>
              </w:rPr>
              <w:t>……</w:t>
            </w:r>
            <w:r w:rsidRPr="007710F7">
              <w:rPr>
                <w:i/>
                <w:sz w:val="28"/>
                <w:szCs w:val="28"/>
              </w:rPr>
              <w:t xml:space="preserve"> năm </w:t>
            </w:r>
            <w:r>
              <w:rPr>
                <w:i/>
                <w:sz w:val="28"/>
                <w:szCs w:val="28"/>
              </w:rPr>
              <w:t>………</w:t>
            </w:r>
          </w:p>
        </w:tc>
      </w:tr>
    </w:tbl>
    <w:p w14:paraId="63869028" w14:textId="5DF382D3" w:rsidR="00AA209B" w:rsidRDefault="00AA209B" w:rsidP="00C531CB">
      <w:pPr>
        <w:spacing w:after="0" w:line="240" w:lineRule="auto"/>
        <w:rPr>
          <w:b/>
          <w:bCs/>
          <w:sz w:val="28"/>
          <w:szCs w:val="28"/>
        </w:rPr>
      </w:pPr>
      <w:bookmarkStart w:id="0" w:name="_GoBack"/>
      <w:bookmarkEnd w:id="0"/>
    </w:p>
    <w:p w14:paraId="246504AA" w14:textId="77777777" w:rsidR="00831705" w:rsidRPr="00AA209B" w:rsidRDefault="00831705" w:rsidP="00AA209B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AA209B">
        <w:rPr>
          <w:b/>
          <w:bCs/>
          <w:sz w:val="28"/>
          <w:szCs w:val="28"/>
        </w:rPr>
        <w:t>ĐƠN ĐỀ NGHỊ</w:t>
      </w:r>
    </w:p>
    <w:p w14:paraId="63979DC4" w14:textId="44790B3A" w:rsidR="00AA209B" w:rsidRDefault="00AA209B" w:rsidP="00831705">
      <w:pPr>
        <w:jc w:val="both"/>
        <w:rPr>
          <w:sz w:val="28"/>
          <w:szCs w:val="28"/>
        </w:rPr>
      </w:pPr>
    </w:p>
    <w:p w14:paraId="48F9E909" w14:textId="4EB72873" w:rsidR="00831705" w:rsidRPr="00AA209B" w:rsidRDefault="00831705" w:rsidP="00194F87">
      <w:pPr>
        <w:jc w:val="center"/>
        <w:rPr>
          <w:sz w:val="28"/>
          <w:szCs w:val="28"/>
        </w:rPr>
      </w:pPr>
      <w:r w:rsidRPr="00AA209B">
        <w:rPr>
          <w:sz w:val="28"/>
          <w:szCs w:val="28"/>
        </w:rPr>
        <w:t>Kính gửi: …………………………</w:t>
      </w:r>
    </w:p>
    <w:p w14:paraId="366DC707" w14:textId="4D978114" w:rsidR="00831705" w:rsidRPr="00AA209B" w:rsidRDefault="00831705" w:rsidP="00831705">
      <w:pPr>
        <w:jc w:val="both"/>
        <w:rPr>
          <w:sz w:val="28"/>
          <w:szCs w:val="28"/>
        </w:rPr>
      </w:pPr>
      <w:r w:rsidRPr="00AA209B">
        <w:rPr>
          <w:sz w:val="28"/>
          <w:szCs w:val="28"/>
        </w:rPr>
        <w:t>Khoa Kịch hát dân tộc</w:t>
      </w:r>
      <w:r w:rsidR="00686D0E" w:rsidRPr="00AA209B">
        <w:rPr>
          <w:sz w:val="28"/>
          <w:szCs w:val="28"/>
        </w:rPr>
        <w:t xml:space="preserve">, Trường Đại học Sân khấu – Điện ảnh Hà Nội </w:t>
      </w:r>
      <w:r w:rsidRPr="00AA209B">
        <w:rPr>
          <w:sz w:val="28"/>
          <w:szCs w:val="28"/>
        </w:rPr>
        <w:t>xin đề nghị:</w:t>
      </w:r>
    </w:p>
    <w:p w14:paraId="2C791955" w14:textId="77777777" w:rsidR="00831705" w:rsidRPr="00AA209B" w:rsidRDefault="00831705" w:rsidP="00831705">
      <w:pPr>
        <w:numPr>
          <w:ilvl w:val="0"/>
          <w:numId w:val="21"/>
        </w:numPr>
        <w:jc w:val="both"/>
        <w:rPr>
          <w:sz w:val="28"/>
          <w:szCs w:val="28"/>
        </w:rPr>
      </w:pPr>
      <w:r w:rsidRPr="00AA209B">
        <w:rPr>
          <w:sz w:val="28"/>
          <w:szCs w:val="28"/>
        </w:rPr>
        <w:t>Nội dung hỗ trợ: ………………………</w:t>
      </w:r>
    </w:p>
    <w:p w14:paraId="3CCD97CA" w14:textId="77777777" w:rsidR="00831705" w:rsidRPr="00AA209B" w:rsidRDefault="00831705" w:rsidP="00831705">
      <w:pPr>
        <w:numPr>
          <w:ilvl w:val="0"/>
          <w:numId w:val="21"/>
        </w:numPr>
        <w:jc w:val="both"/>
        <w:rPr>
          <w:sz w:val="28"/>
          <w:szCs w:val="28"/>
        </w:rPr>
      </w:pPr>
      <w:r w:rsidRPr="00AA209B">
        <w:rPr>
          <w:sz w:val="28"/>
          <w:szCs w:val="28"/>
        </w:rPr>
        <w:t>Mục đích: ………………………</w:t>
      </w:r>
    </w:p>
    <w:p w14:paraId="3644E5EB" w14:textId="77777777" w:rsidR="00831705" w:rsidRPr="00AA209B" w:rsidRDefault="00831705" w:rsidP="00831705">
      <w:pPr>
        <w:numPr>
          <w:ilvl w:val="0"/>
          <w:numId w:val="21"/>
        </w:numPr>
        <w:jc w:val="both"/>
        <w:rPr>
          <w:sz w:val="28"/>
          <w:szCs w:val="28"/>
        </w:rPr>
      </w:pPr>
      <w:r w:rsidRPr="00AA209B">
        <w:rPr>
          <w:sz w:val="28"/>
          <w:szCs w:val="28"/>
        </w:rPr>
        <w:t>Thời gian: ………………………</w:t>
      </w:r>
    </w:p>
    <w:p w14:paraId="0C35316E" w14:textId="77777777" w:rsidR="00831705" w:rsidRPr="00AA209B" w:rsidRDefault="00831705" w:rsidP="00831705">
      <w:pPr>
        <w:jc w:val="both"/>
        <w:rPr>
          <w:sz w:val="28"/>
          <w:szCs w:val="28"/>
        </w:rPr>
      </w:pPr>
      <w:r w:rsidRPr="00AA209B">
        <w:rPr>
          <w:sz w:val="28"/>
          <w:szCs w:val="28"/>
        </w:rPr>
        <w:t>Kính mong Quý đơn vị tạo điều kiện hỗ trợ.</w:t>
      </w:r>
    </w:p>
    <w:p w14:paraId="6FB60041" w14:textId="77777777" w:rsidR="00831705" w:rsidRPr="00AA209B" w:rsidRDefault="00831705" w:rsidP="00831705">
      <w:pPr>
        <w:jc w:val="both"/>
        <w:rPr>
          <w:sz w:val="28"/>
          <w:szCs w:val="28"/>
        </w:rPr>
      </w:pPr>
      <w:r w:rsidRPr="00AA209B">
        <w:rPr>
          <w:sz w:val="28"/>
          <w:szCs w:val="28"/>
        </w:rPr>
        <w:t>Xin trân trọng cảm ơn!</w:t>
      </w:r>
    </w:p>
    <w:tbl>
      <w:tblPr>
        <w:tblStyle w:val="TableGrid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253"/>
      </w:tblGrid>
      <w:tr w:rsidR="00194F87" w:rsidRPr="00F435C7" w14:paraId="2BB30AF4" w14:textId="77777777" w:rsidTr="00B73B8F">
        <w:tc>
          <w:tcPr>
            <w:tcW w:w="5245" w:type="dxa"/>
          </w:tcPr>
          <w:p w14:paraId="49EB5DF9" w14:textId="77777777" w:rsidR="00194F87" w:rsidRPr="00F435C7" w:rsidRDefault="00194F87" w:rsidP="00B73B8F">
            <w:pPr>
              <w:tabs>
                <w:tab w:val="left" w:pos="360"/>
              </w:tabs>
              <w:jc w:val="center"/>
              <w:rPr>
                <w:b/>
                <w:szCs w:val="26"/>
              </w:rPr>
            </w:pPr>
          </w:p>
        </w:tc>
        <w:tc>
          <w:tcPr>
            <w:tcW w:w="4253" w:type="dxa"/>
          </w:tcPr>
          <w:p w14:paraId="6580FFA8" w14:textId="77777777" w:rsidR="00194F87" w:rsidRDefault="00194F87" w:rsidP="00B73B8F">
            <w:pPr>
              <w:tabs>
                <w:tab w:val="left" w:pos="360"/>
              </w:tabs>
              <w:jc w:val="center"/>
              <w:rPr>
                <w:b/>
                <w:szCs w:val="26"/>
              </w:rPr>
            </w:pPr>
            <w:r w:rsidRPr="00F435C7">
              <w:rPr>
                <w:b/>
                <w:szCs w:val="26"/>
              </w:rPr>
              <w:t xml:space="preserve">KHOA </w:t>
            </w:r>
            <w:r>
              <w:rPr>
                <w:b/>
                <w:szCs w:val="26"/>
              </w:rPr>
              <w:t>KỊCH HÁT DÂN TỘC</w:t>
            </w:r>
          </w:p>
          <w:p w14:paraId="20DCC6F2" w14:textId="77777777" w:rsidR="00194F87" w:rsidRDefault="00194F87" w:rsidP="00B73B8F">
            <w:pPr>
              <w:tabs>
                <w:tab w:val="left" w:pos="360"/>
              </w:tabs>
              <w:jc w:val="center"/>
              <w:rPr>
                <w:b/>
                <w:szCs w:val="26"/>
              </w:rPr>
            </w:pPr>
          </w:p>
          <w:p w14:paraId="50C8EF81" w14:textId="77777777" w:rsidR="00194F87" w:rsidRDefault="00194F87" w:rsidP="00B73B8F">
            <w:pPr>
              <w:tabs>
                <w:tab w:val="left" w:pos="360"/>
              </w:tabs>
              <w:jc w:val="center"/>
              <w:rPr>
                <w:b/>
                <w:szCs w:val="26"/>
              </w:rPr>
            </w:pPr>
          </w:p>
          <w:p w14:paraId="47990D8A" w14:textId="77777777" w:rsidR="00194F87" w:rsidRDefault="00194F87" w:rsidP="00B73B8F">
            <w:pPr>
              <w:tabs>
                <w:tab w:val="left" w:pos="360"/>
              </w:tabs>
              <w:jc w:val="center"/>
              <w:rPr>
                <w:b/>
                <w:szCs w:val="26"/>
              </w:rPr>
            </w:pPr>
          </w:p>
          <w:p w14:paraId="55A953A1" w14:textId="77777777" w:rsidR="00194F87" w:rsidRDefault="00194F87" w:rsidP="00B73B8F">
            <w:pPr>
              <w:tabs>
                <w:tab w:val="left" w:pos="360"/>
              </w:tabs>
              <w:jc w:val="center"/>
              <w:rPr>
                <w:b/>
                <w:szCs w:val="26"/>
              </w:rPr>
            </w:pPr>
          </w:p>
          <w:p w14:paraId="5BFA21ED" w14:textId="77777777" w:rsidR="00194F87" w:rsidRDefault="00194F87" w:rsidP="00B73B8F">
            <w:pPr>
              <w:tabs>
                <w:tab w:val="left" w:pos="360"/>
              </w:tabs>
              <w:jc w:val="center"/>
              <w:rPr>
                <w:b/>
                <w:szCs w:val="26"/>
              </w:rPr>
            </w:pPr>
          </w:p>
          <w:p w14:paraId="25F46428" w14:textId="77777777" w:rsidR="00194F87" w:rsidRPr="00F435C7" w:rsidRDefault="00194F87" w:rsidP="00B73B8F">
            <w:pPr>
              <w:tabs>
                <w:tab w:val="left" w:pos="360"/>
              </w:tabs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Phạm Hữu Dực</w:t>
            </w:r>
          </w:p>
        </w:tc>
      </w:tr>
    </w:tbl>
    <w:p w14:paraId="5626064F" w14:textId="77777777" w:rsidR="009B3CEF" w:rsidRDefault="009B3CEF"/>
    <w:sectPr w:rsidR="009B3CEF" w:rsidSect="001F0046">
      <w:pgSz w:w="12240" w:h="15840"/>
      <w:pgMar w:top="1418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73075C4"/>
    <w:multiLevelType w:val="multilevel"/>
    <w:tmpl w:val="7AFC8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Zero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22F5737"/>
    <w:multiLevelType w:val="multilevel"/>
    <w:tmpl w:val="2BCA3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8482F13"/>
    <w:multiLevelType w:val="multilevel"/>
    <w:tmpl w:val="2A987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84849D5"/>
    <w:multiLevelType w:val="multilevel"/>
    <w:tmpl w:val="6BD09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83F3327"/>
    <w:multiLevelType w:val="hybridMultilevel"/>
    <w:tmpl w:val="5420DED4"/>
    <w:lvl w:ilvl="0" w:tplc="9EA80EB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672300"/>
    <w:multiLevelType w:val="multilevel"/>
    <w:tmpl w:val="FDF40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94D7670"/>
    <w:multiLevelType w:val="multilevel"/>
    <w:tmpl w:val="E3829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2B2B36"/>
    <w:multiLevelType w:val="multilevel"/>
    <w:tmpl w:val="065C46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0F509A7"/>
    <w:multiLevelType w:val="multilevel"/>
    <w:tmpl w:val="EAEA9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A43C63"/>
    <w:multiLevelType w:val="multilevel"/>
    <w:tmpl w:val="CABE9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45C5B2F"/>
    <w:multiLevelType w:val="multilevel"/>
    <w:tmpl w:val="EACE8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AC10930"/>
    <w:multiLevelType w:val="multilevel"/>
    <w:tmpl w:val="6402F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5"/>
  </w:num>
  <w:num w:numId="11">
    <w:abstractNumId w:val="18"/>
  </w:num>
  <w:num w:numId="12">
    <w:abstractNumId w:val="20"/>
  </w:num>
  <w:num w:numId="13">
    <w:abstractNumId w:val="12"/>
  </w:num>
  <w:num w:numId="14">
    <w:abstractNumId w:val="9"/>
  </w:num>
  <w:num w:numId="15">
    <w:abstractNumId w:val="17"/>
  </w:num>
  <w:num w:numId="16">
    <w:abstractNumId w:val="10"/>
  </w:num>
  <w:num w:numId="17">
    <w:abstractNumId w:val="16"/>
  </w:num>
  <w:num w:numId="18">
    <w:abstractNumId w:val="11"/>
  </w:num>
  <w:num w:numId="19">
    <w:abstractNumId w:val="19"/>
  </w:num>
  <w:num w:numId="20">
    <w:abstractNumId w:val="13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30F62"/>
    <w:rsid w:val="0015074B"/>
    <w:rsid w:val="00162E2D"/>
    <w:rsid w:val="00194F87"/>
    <w:rsid w:val="001F0046"/>
    <w:rsid w:val="00260383"/>
    <w:rsid w:val="0029639D"/>
    <w:rsid w:val="002E0E8A"/>
    <w:rsid w:val="00326F90"/>
    <w:rsid w:val="003F0692"/>
    <w:rsid w:val="004703F9"/>
    <w:rsid w:val="00686D0E"/>
    <w:rsid w:val="007465BF"/>
    <w:rsid w:val="00831705"/>
    <w:rsid w:val="00885189"/>
    <w:rsid w:val="009B3CEF"/>
    <w:rsid w:val="00A71919"/>
    <w:rsid w:val="00AA1D8D"/>
    <w:rsid w:val="00AA209B"/>
    <w:rsid w:val="00B47730"/>
    <w:rsid w:val="00C169FB"/>
    <w:rsid w:val="00C531CB"/>
    <w:rsid w:val="00CB0664"/>
    <w:rsid w:val="00D1023E"/>
    <w:rsid w:val="00FC693F"/>
    <w:rsid w:val="00FE0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FED39A1"/>
  <w14:defaultImageDpi w14:val="300"/>
  <w15:docId w15:val="{92EED93E-D4BD-43CC-A371-C7CE800BB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3CEF"/>
    <w:rPr>
      <w:rFonts w:ascii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DADD0A6-3240-4BE0-80FD-60C70E85A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3</cp:revision>
  <dcterms:created xsi:type="dcterms:W3CDTF">2026-04-09T02:58:00Z</dcterms:created>
  <dcterms:modified xsi:type="dcterms:W3CDTF">2026-04-09T03:02:00Z</dcterms:modified>
  <cp:category/>
</cp:coreProperties>
</file>