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7" w:type="pct"/>
        <w:tblInd w:w="-176" w:type="dxa"/>
        <w:tblLook w:val="01E0" w:firstRow="1" w:lastRow="1" w:firstColumn="1" w:lastColumn="1" w:noHBand="0" w:noVBand="0"/>
      </w:tblPr>
      <w:tblGrid>
        <w:gridCol w:w="4165"/>
        <w:gridCol w:w="5310"/>
      </w:tblGrid>
      <w:tr w:rsidR="00A42BA1" w:rsidRPr="009A1332" w14:paraId="1DD95DEC" w14:textId="77777777" w:rsidTr="00124D23">
        <w:tc>
          <w:tcPr>
            <w:tcW w:w="2198" w:type="pct"/>
          </w:tcPr>
          <w:p w14:paraId="515632D1" w14:textId="77777777" w:rsidR="00A42BA1" w:rsidRPr="001F0046" w:rsidRDefault="00A42BA1" w:rsidP="00124D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0046">
              <w:rPr>
                <w:sz w:val="24"/>
                <w:szCs w:val="24"/>
              </w:rPr>
              <w:t>TRƯỜNG ĐẠI HỌC</w:t>
            </w:r>
          </w:p>
          <w:p w14:paraId="72E8590F" w14:textId="77777777" w:rsidR="00A42BA1" w:rsidRPr="001F0046" w:rsidRDefault="00A42BA1" w:rsidP="00124D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0046">
              <w:rPr>
                <w:sz w:val="24"/>
                <w:szCs w:val="24"/>
              </w:rPr>
              <w:t>SÂN KHẤU - ĐIỆN ẢNH HÀ NỘI</w:t>
            </w:r>
          </w:p>
          <w:p w14:paraId="56AD8C2F" w14:textId="77777777" w:rsidR="00A42BA1" w:rsidRPr="009A1332" w:rsidRDefault="00A42BA1" w:rsidP="00124D23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F4F0EA" wp14:editId="6DCB141A">
                      <wp:simplePos x="0" y="0"/>
                      <wp:positionH relativeFrom="column">
                        <wp:posOffset>628319</wp:posOffset>
                      </wp:positionH>
                      <wp:positionV relativeFrom="paragraph">
                        <wp:posOffset>186055</wp:posOffset>
                      </wp:positionV>
                      <wp:extent cx="1240403" cy="0"/>
                      <wp:effectExtent l="0" t="0" r="3619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04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988190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5pt,14.65pt" to="147.1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" strokecolor="black [3040]"/>
                  </w:pict>
                </mc:Fallback>
              </mc:AlternateContent>
            </w:r>
            <w:r w:rsidRPr="001F0046">
              <w:rPr>
                <w:b/>
                <w:sz w:val="24"/>
                <w:szCs w:val="24"/>
              </w:rPr>
              <w:t>KHOA</w:t>
            </w:r>
            <w:r>
              <w:rPr>
                <w:b/>
                <w:sz w:val="24"/>
                <w:szCs w:val="24"/>
              </w:rPr>
              <w:t xml:space="preserve"> KỊCH HÁT DÂN TỘC</w:t>
            </w:r>
          </w:p>
        </w:tc>
        <w:tc>
          <w:tcPr>
            <w:tcW w:w="2802" w:type="pct"/>
          </w:tcPr>
          <w:p w14:paraId="5AE7CB1A" w14:textId="77777777" w:rsidR="00A42BA1" w:rsidRPr="001F0046" w:rsidRDefault="00A42BA1" w:rsidP="00124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F0046">
              <w:rPr>
                <w:b/>
                <w:sz w:val="24"/>
                <w:szCs w:val="24"/>
              </w:rPr>
              <w:t>CỘNG HOÀ XÃ HỘI CHỦ NGHĨA VIỆT NAM</w:t>
            </w:r>
          </w:p>
          <w:p w14:paraId="09679118" w14:textId="77777777" w:rsidR="00A42BA1" w:rsidRPr="009A1332" w:rsidRDefault="00A42BA1" w:rsidP="00124D23">
            <w:pPr>
              <w:spacing w:after="0" w:line="240" w:lineRule="auto"/>
              <w:jc w:val="center"/>
              <w:rPr>
                <w:b/>
                <w:szCs w:val="26"/>
              </w:rPr>
            </w:pPr>
            <w:r w:rsidRPr="009A1332">
              <w:rPr>
                <w:b/>
                <w:szCs w:val="26"/>
              </w:rPr>
              <w:t>Độc lập - Tự do - Hạnh phúc</w:t>
            </w:r>
          </w:p>
          <w:p w14:paraId="653607BB" w14:textId="77777777" w:rsidR="00A42BA1" w:rsidRPr="009A1332" w:rsidRDefault="00A42BA1" w:rsidP="00124D23">
            <w:pPr>
              <w:spacing w:after="0" w:line="240" w:lineRule="auto"/>
              <w:jc w:val="center"/>
              <w:rPr>
                <w:szCs w:val="26"/>
              </w:rPr>
            </w:pPr>
          </w:p>
          <w:p w14:paraId="64D36BBF" w14:textId="77777777" w:rsidR="00A42BA1" w:rsidRPr="007710F7" w:rsidRDefault="00A42BA1" w:rsidP="00124D23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 w:rsidRPr="007710F7">
              <w:rPr>
                <w:i/>
                <w:sz w:val="28"/>
                <w:szCs w:val="28"/>
              </w:rPr>
              <w:t>Hà Nội, ngày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  <w:lang w:val="vi-VN"/>
              </w:rPr>
              <w:t>......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7710F7">
              <w:rPr>
                <w:i/>
                <w:sz w:val="28"/>
                <w:szCs w:val="28"/>
              </w:rPr>
              <w:t>tháng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</w:rPr>
              <w:t>……</w:t>
            </w:r>
            <w:r w:rsidRPr="007710F7">
              <w:rPr>
                <w:i/>
                <w:sz w:val="28"/>
                <w:szCs w:val="28"/>
              </w:rPr>
              <w:t xml:space="preserve"> năm </w:t>
            </w:r>
            <w:r>
              <w:rPr>
                <w:i/>
                <w:sz w:val="28"/>
                <w:szCs w:val="28"/>
              </w:rPr>
              <w:t>………</w:t>
            </w:r>
          </w:p>
        </w:tc>
      </w:tr>
    </w:tbl>
    <w:p w14:paraId="1F9F9850" w14:textId="22CF1425" w:rsidR="00162E2D" w:rsidRDefault="00162E2D" w:rsidP="00162E2D">
      <w:pPr>
        <w:spacing w:after="0" w:line="240" w:lineRule="auto"/>
        <w:rPr>
          <w:b/>
          <w:bCs/>
        </w:rPr>
      </w:pPr>
    </w:p>
    <w:p w14:paraId="0F678575" w14:textId="4D570D21" w:rsidR="00A71919" w:rsidRPr="00A71919" w:rsidRDefault="00A71919" w:rsidP="00162E2D">
      <w:pPr>
        <w:spacing w:after="0" w:line="240" w:lineRule="auto"/>
        <w:jc w:val="center"/>
        <w:rPr>
          <w:b/>
          <w:bCs/>
        </w:rPr>
      </w:pPr>
      <w:r w:rsidRPr="00A71919">
        <w:rPr>
          <w:b/>
          <w:bCs/>
        </w:rPr>
        <w:t>GIẤY MỜI</w:t>
      </w:r>
    </w:p>
    <w:p w14:paraId="2CD3E6E7" w14:textId="77777777" w:rsidR="00162E2D" w:rsidRDefault="00162E2D" w:rsidP="00A71919">
      <w:pPr>
        <w:jc w:val="both"/>
      </w:pPr>
    </w:p>
    <w:p w14:paraId="1177A350" w14:textId="48A2E910" w:rsidR="00A71919" w:rsidRPr="00885189" w:rsidRDefault="00A71919" w:rsidP="00885189">
      <w:pPr>
        <w:spacing w:after="0" w:line="360" w:lineRule="auto"/>
        <w:ind w:firstLine="720"/>
        <w:jc w:val="both"/>
        <w:rPr>
          <w:sz w:val="28"/>
          <w:szCs w:val="28"/>
        </w:rPr>
      </w:pPr>
      <w:r w:rsidRPr="00885189">
        <w:rPr>
          <w:sz w:val="28"/>
          <w:szCs w:val="28"/>
        </w:rPr>
        <w:t>Khoa Kịch hát dân tộc</w:t>
      </w:r>
      <w:r w:rsidR="00831705" w:rsidRPr="00885189">
        <w:rPr>
          <w:sz w:val="28"/>
          <w:szCs w:val="28"/>
        </w:rPr>
        <w:t>,</w:t>
      </w:r>
      <w:r w:rsidRPr="00885189">
        <w:rPr>
          <w:sz w:val="28"/>
          <w:szCs w:val="28"/>
        </w:rPr>
        <w:t xml:space="preserve"> Trường Đại học Sân khấu – Điện ảnh Hà Nội trân trọng kính mời:</w:t>
      </w:r>
    </w:p>
    <w:p w14:paraId="35C0E451" w14:textId="77777777" w:rsidR="00A71919" w:rsidRPr="00885189" w:rsidRDefault="00A71919" w:rsidP="00885189">
      <w:pPr>
        <w:spacing w:after="0" w:line="360" w:lineRule="auto"/>
        <w:ind w:firstLine="720"/>
        <w:jc w:val="both"/>
        <w:rPr>
          <w:sz w:val="28"/>
          <w:szCs w:val="28"/>
        </w:rPr>
      </w:pPr>
      <w:r w:rsidRPr="00885189">
        <w:rPr>
          <w:sz w:val="28"/>
          <w:szCs w:val="28"/>
        </w:rPr>
        <w:t>Ông/Bà: ………………………………………</w:t>
      </w:r>
    </w:p>
    <w:p w14:paraId="4403D05E" w14:textId="77777777" w:rsidR="00A71919" w:rsidRPr="00885189" w:rsidRDefault="00A71919" w:rsidP="00885189">
      <w:pPr>
        <w:spacing w:after="0" w:line="360" w:lineRule="auto"/>
        <w:ind w:firstLine="720"/>
        <w:jc w:val="both"/>
        <w:rPr>
          <w:sz w:val="28"/>
          <w:szCs w:val="28"/>
        </w:rPr>
      </w:pPr>
      <w:r w:rsidRPr="00885189">
        <w:rPr>
          <w:sz w:val="28"/>
          <w:szCs w:val="28"/>
        </w:rPr>
        <w:t>Tới dự chương trình biểu diễn nghệ thuật truyền thống.</w:t>
      </w:r>
    </w:p>
    <w:p w14:paraId="1F45DE1D" w14:textId="77777777" w:rsidR="00A71919" w:rsidRPr="00885189" w:rsidRDefault="00A71919" w:rsidP="00885189">
      <w:pPr>
        <w:spacing w:after="0" w:line="360" w:lineRule="auto"/>
        <w:ind w:firstLine="720"/>
        <w:jc w:val="both"/>
        <w:rPr>
          <w:sz w:val="28"/>
          <w:szCs w:val="28"/>
        </w:rPr>
      </w:pPr>
      <w:r w:rsidRPr="00885189">
        <w:rPr>
          <w:b/>
          <w:bCs/>
          <w:sz w:val="28"/>
          <w:szCs w:val="28"/>
        </w:rPr>
        <w:t>Thời gian:</w:t>
      </w:r>
      <w:r w:rsidRPr="00885189">
        <w:rPr>
          <w:sz w:val="28"/>
          <w:szCs w:val="28"/>
        </w:rPr>
        <w:t xml:space="preserve"> …………………</w:t>
      </w:r>
    </w:p>
    <w:p w14:paraId="615D70ED" w14:textId="66DF4ACF" w:rsidR="00A71919" w:rsidRPr="00885189" w:rsidRDefault="00A71919" w:rsidP="00885189">
      <w:pPr>
        <w:spacing w:after="0" w:line="360" w:lineRule="auto"/>
        <w:ind w:firstLine="720"/>
        <w:jc w:val="both"/>
        <w:rPr>
          <w:sz w:val="28"/>
          <w:szCs w:val="28"/>
        </w:rPr>
      </w:pPr>
      <w:r w:rsidRPr="00885189">
        <w:rPr>
          <w:b/>
          <w:bCs/>
          <w:sz w:val="28"/>
          <w:szCs w:val="28"/>
        </w:rPr>
        <w:t>Địa điểm:</w:t>
      </w:r>
      <w:r w:rsidRPr="00885189">
        <w:rPr>
          <w:sz w:val="28"/>
          <w:szCs w:val="28"/>
        </w:rPr>
        <w:t xml:space="preserve"> …………………</w:t>
      </w:r>
    </w:p>
    <w:p w14:paraId="58C21893" w14:textId="77777777" w:rsidR="00A71919" w:rsidRPr="00885189" w:rsidRDefault="00A71919" w:rsidP="00885189">
      <w:pPr>
        <w:spacing w:after="0" w:line="360" w:lineRule="auto"/>
        <w:ind w:firstLine="720"/>
        <w:jc w:val="both"/>
        <w:rPr>
          <w:sz w:val="28"/>
          <w:szCs w:val="28"/>
        </w:rPr>
      </w:pPr>
      <w:r w:rsidRPr="00885189">
        <w:rPr>
          <w:sz w:val="28"/>
          <w:szCs w:val="28"/>
        </w:rPr>
        <w:t>Sự hiện diện của Quý vị là niềm vinh dự của chúng tôi!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885189" w:rsidRPr="00F435C7" w14:paraId="54717E62" w14:textId="77777777" w:rsidTr="00B73B8F">
        <w:tc>
          <w:tcPr>
            <w:tcW w:w="5245" w:type="dxa"/>
          </w:tcPr>
          <w:p w14:paraId="52C7AFD7" w14:textId="77777777" w:rsidR="00885189" w:rsidRPr="00F435C7" w:rsidRDefault="00885189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</w:tc>
        <w:tc>
          <w:tcPr>
            <w:tcW w:w="4253" w:type="dxa"/>
          </w:tcPr>
          <w:p w14:paraId="51B1B354" w14:textId="77777777" w:rsidR="00885189" w:rsidRDefault="00885189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  <w:r w:rsidRPr="00F435C7">
              <w:rPr>
                <w:b/>
                <w:szCs w:val="26"/>
              </w:rPr>
              <w:t xml:space="preserve">KHOA </w:t>
            </w:r>
            <w:r>
              <w:rPr>
                <w:b/>
                <w:szCs w:val="26"/>
              </w:rPr>
              <w:t>KỊCH HÁT DÂN TỘC</w:t>
            </w:r>
          </w:p>
          <w:p w14:paraId="293990C2" w14:textId="77777777" w:rsidR="00885189" w:rsidRDefault="00885189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207323E4" w14:textId="77777777" w:rsidR="00885189" w:rsidRDefault="00885189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7C34AB41" w14:textId="77777777" w:rsidR="00885189" w:rsidRDefault="00885189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0B9ADD1E" w14:textId="77777777" w:rsidR="00885189" w:rsidRDefault="00885189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4F218F28" w14:textId="77777777" w:rsidR="00885189" w:rsidRDefault="00885189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557DC167" w14:textId="77777777" w:rsidR="00885189" w:rsidRPr="00F435C7" w:rsidRDefault="00885189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Phạm Hữu Dực</w:t>
            </w:r>
          </w:p>
        </w:tc>
      </w:tr>
    </w:tbl>
    <w:p w14:paraId="0A21DFA0" w14:textId="77777777" w:rsidR="00A71919" w:rsidRDefault="00A71919" w:rsidP="00A71919">
      <w:pPr>
        <w:jc w:val="both"/>
      </w:pPr>
    </w:p>
    <w:p w14:paraId="3E4BFD4E" w14:textId="77777777" w:rsidR="00A71919" w:rsidRDefault="00A71919" w:rsidP="002E0E8A">
      <w:pPr>
        <w:jc w:val="right"/>
        <w:rPr>
          <w:b/>
          <w:bCs/>
        </w:rPr>
      </w:pPr>
    </w:p>
    <w:p w14:paraId="5AF85908" w14:textId="77777777" w:rsidR="00A71919" w:rsidRDefault="00A71919" w:rsidP="002E0E8A">
      <w:pPr>
        <w:jc w:val="right"/>
        <w:rPr>
          <w:b/>
          <w:bCs/>
        </w:rPr>
      </w:pPr>
    </w:p>
    <w:p w14:paraId="34203E27" w14:textId="77777777" w:rsidR="00A71919" w:rsidRDefault="00A71919" w:rsidP="002E0E8A">
      <w:pPr>
        <w:jc w:val="right"/>
        <w:rPr>
          <w:b/>
          <w:bCs/>
        </w:rPr>
      </w:pPr>
    </w:p>
    <w:p w14:paraId="330FE546" w14:textId="77777777" w:rsidR="00A71919" w:rsidRDefault="00A71919" w:rsidP="002E0E8A">
      <w:pPr>
        <w:jc w:val="right"/>
        <w:rPr>
          <w:b/>
          <w:bCs/>
        </w:rPr>
      </w:pPr>
    </w:p>
    <w:p w14:paraId="143EDC53" w14:textId="77777777" w:rsidR="00A71919" w:rsidRDefault="00A71919" w:rsidP="002E0E8A">
      <w:pPr>
        <w:jc w:val="right"/>
        <w:rPr>
          <w:b/>
          <w:bCs/>
        </w:rPr>
      </w:pPr>
    </w:p>
    <w:p w14:paraId="2097AA28" w14:textId="77777777" w:rsidR="00A71919" w:rsidRDefault="00A71919" w:rsidP="002E0E8A">
      <w:pPr>
        <w:jc w:val="right"/>
        <w:rPr>
          <w:b/>
          <w:bCs/>
        </w:rPr>
      </w:pPr>
    </w:p>
    <w:p w14:paraId="5626064F" w14:textId="3E2EFAD8" w:rsidR="009B3CEF" w:rsidRDefault="009B3CEF">
      <w:bookmarkStart w:id="0" w:name="_GoBack"/>
      <w:bookmarkEnd w:id="0"/>
    </w:p>
    <w:sectPr w:rsidR="009B3CEF" w:rsidSect="001F0046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3075C4"/>
    <w:multiLevelType w:val="multilevel"/>
    <w:tmpl w:val="7AFC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Zero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2F5737"/>
    <w:multiLevelType w:val="multilevel"/>
    <w:tmpl w:val="2BCA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482F13"/>
    <w:multiLevelType w:val="multilevel"/>
    <w:tmpl w:val="2A98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4849D5"/>
    <w:multiLevelType w:val="multilevel"/>
    <w:tmpl w:val="6BD0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3F3327"/>
    <w:multiLevelType w:val="hybridMultilevel"/>
    <w:tmpl w:val="5420DED4"/>
    <w:lvl w:ilvl="0" w:tplc="9EA80EB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72300"/>
    <w:multiLevelType w:val="multilevel"/>
    <w:tmpl w:val="FDF4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4D7670"/>
    <w:multiLevelType w:val="multilevel"/>
    <w:tmpl w:val="E382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2B2B36"/>
    <w:multiLevelType w:val="multilevel"/>
    <w:tmpl w:val="065C4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F509A7"/>
    <w:multiLevelType w:val="multilevel"/>
    <w:tmpl w:val="EAEA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A43C63"/>
    <w:multiLevelType w:val="multilevel"/>
    <w:tmpl w:val="CABE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5C5B2F"/>
    <w:multiLevelType w:val="multilevel"/>
    <w:tmpl w:val="EACE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C10930"/>
    <w:multiLevelType w:val="multilevel"/>
    <w:tmpl w:val="6402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8"/>
  </w:num>
  <w:num w:numId="12">
    <w:abstractNumId w:val="20"/>
  </w:num>
  <w:num w:numId="13">
    <w:abstractNumId w:val="12"/>
  </w:num>
  <w:num w:numId="14">
    <w:abstractNumId w:val="9"/>
  </w:num>
  <w:num w:numId="15">
    <w:abstractNumId w:val="17"/>
  </w:num>
  <w:num w:numId="16">
    <w:abstractNumId w:val="10"/>
  </w:num>
  <w:num w:numId="17">
    <w:abstractNumId w:val="16"/>
  </w:num>
  <w:num w:numId="18">
    <w:abstractNumId w:val="11"/>
  </w:num>
  <w:num w:numId="19">
    <w:abstractNumId w:val="19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0F62"/>
    <w:rsid w:val="0015074B"/>
    <w:rsid w:val="00162E2D"/>
    <w:rsid w:val="001F0046"/>
    <w:rsid w:val="00260383"/>
    <w:rsid w:val="0029639D"/>
    <w:rsid w:val="002E0E8A"/>
    <w:rsid w:val="00326F90"/>
    <w:rsid w:val="003F0692"/>
    <w:rsid w:val="004703F9"/>
    <w:rsid w:val="00686D0E"/>
    <w:rsid w:val="007465BF"/>
    <w:rsid w:val="00831705"/>
    <w:rsid w:val="00885189"/>
    <w:rsid w:val="009B3CEF"/>
    <w:rsid w:val="00A42BA1"/>
    <w:rsid w:val="00A64FE5"/>
    <w:rsid w:val="00A71919"/>
    <w:rsid w:val="00AA1D8D"/>
    <w:rsid w:val="00B47730"/>
    <w:rsid w:val="00C169FB"/>
    <w:rsid w:val="00CB0664"/>
    <w:rsid w:val="00D1023E"/>
    <w:rsid w:val="00FC693F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ED39A1"/>
  <w14:defaultImageDpi w14:val="300"/>
  <w15:docId w15:val="{92EED93E-D4BD-43CC-A371-C7CE800B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CE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55C110-C502-4CD8-9583-88317B19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2026-04-09T02:55:00Z</dcterms:created>
  <dcterms:modified xsi:type="dcterms:W3CDTF">2026-04-09T03:01:00Z</dcterms:modified>
  <cp:category/>
</cp:coreProperties>
</file>