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690"/>
        <w:gridCol w:w="5281"/>
      </w:tblGrid>
      <w:tr w:rsidR="00F30315" w:rsidRPr="003F35D0" w:rsidTr="003A5A28">
        <w:trPr>
          <w:trHeight w:val="992"/>
        </w:trPr>
        <w:tc>
          <w:tcPr>
            <w:tcW w:w="2352" w:type="pct"/>
          </w:tcPr>
          <w:p w:rsidR="00F30315" w:rsidRPr="002F7953" w:rsidRDefault="00F30315" w:rsidP="00F30315">
            <w:pPr>
              <w:spacing w:after="0" w:line="240" w:lineRule="auto"/>
              <w:jc w:val="center"/>
              <w:rPr>
                <w:spacing w:val="-16"/>
                <w:szCs w:val="26"/>
              </w:rPr>
            </w:pPr>
            <w:r w:rsidRPr="002F7953">
              <w:rPr>
                <w:spacing w:val="-16"/>
                <w:szCs w:val="26"/>
              </w:rPr>
              <w:t>BỘ VĂN HOÁ, THỂ THAO VÀ DU LỊCH</w:t>
            </w:r>
          </w:p>
          <w:p w:rsidR="00F30315" w:rsidRPr="002F7953" w:rsidRDefault="00F30315" w:rsidP="00F30315">
            <w:pPr>
              <w:spacing w:after="0" w:line="240" w:lineRule="auto"/>
              <w:jc w:val="center"/>
              <w:rPr>
                <w:b/>
                <w:szCs w:val="26"/>
              </w:rPr>
            </w:pPr>
            <w:r w:rsidRPr="002F7953">
              <w:rPr>
                <w:b/>
                <w:szCs w:val="26"/>
              </w:rPr>
              <w:t>TRƯỜNG ĐẠI HỌC</w:t>
            </w:r>
          </w:p>
          <w:p w:rsidR="00F30315" w:rsidRPr="003F35D0" w:rsidRDefault="00F30315" w:rsidP="00F30315">
            <w:pPr>
              <w:spacing w:after="0" w:line="240" w:lineRule="auto"/>
              <w:jc w:val="center"/>
              <w:rPr>
                <w:b/>
                <w:szCs w:val="26"/>
              </w:rP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501650</wp:posOffset>
                      </wp:positionH>
                      <wp:positionV relativeFrom="paragraph">
                        <wp:posOffset>208914</wp:posOffset>
                      </wp:positionV>
                      <wp:extent cx="1839595" cy="0"/>
                      <wp:effectExtent l="0" t="0" r="273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9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11870"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pt,16.45pt" to="184.3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WI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"/>
                  </w:pict>
                </mc:Fallback>
              </mc:AlternateContent>
            </w:r>
            <w:r w:rsidRPr="002F7953">
              <w:rPr>
                <w:b/>
                <w:szCs w:val="26"/>
              </w:rPr>
              <w:t>SÂN KHẤU - ĐIỆN ẢNH HÀ NỘI</w:t>
            </w:r>
          </w:p>
        </w:tc>
        <w:tc>
          <w:tcPr>
            <w:tcW w:w="2648" w:type="pct"/>
          </w:tcPr>
          <w:p w:rsidR="00F30315" w:rsidRPr="0012539A" w:rsidRDefault="00F30315" w:rsidP="00F30315">
            <w:pPr>
              <w:spacing w:after="0" w:line="240" w:lineRule="auto"/>
              <w:jc w:val="center"/>
              <w:rPr>
                <w:b/>
                <w:spacing w:val="-18"/>
                <w:sz w:val="24"/>
                <w:szCs w:val="24"/>
              </w:rPr>
            </w:pPr>
            <w:r w:rsidRPr="0012539A">
              <w:rPr>
                <w:b/>
                <w:spacing w:val="-18"/>
                <w:sz w:val="24"/>
                <w:szCs w:val="24"/>
              </w:rPr>
              <w:t>CỘNG HOÀ XÃ HỘI CHỦ NGHĨA VIỆT NAM</w:t>
            </w:r>
          </w:p>
          <w:p w:rsidR="00F30315" w:rsidRPr="002F7953" w:rsidRDefault="00F30315" w:rsidP="00F30315">
            <w:pPr>
              <w:spacing w:after="0" w:line="240" w:lineRule="auto"/>
              <w:jc w:val="center"/>
              <w:rPr>
                <w:b/>
                <w:szCs w:val="26"/>
              </w:rPr>
            </w:pPr>
            <w:r w:rsidRPr="002F7953">
              <w:rPr>
                <w:b/>
                <w:szCs w:val="26"/>
              </w:rPr>
              <w:t>Độc lập - Tự do - Hạnh phúc</w:t>
            </w:r>
          </w:p>
          <w:p w:rsidR="00F30315" w:rsidRPr="003F35D0" w:rsidRDefault="00F30315" w:rsidP="00F30315">
            <w:pPr>
              <w:spacing w:after="0" w:line="240" w:lineRule="auto"/>
              <w:jc w:val="center"/>
              <w:rPr>
                <w:szCs w:val="26"/>
              </w:rPr>
            </w:pP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909955</wp:posOffset>
                      </wp:positionH>
                      <wp:positionV relativeFrom="paragraph">
                        <wp:posOffset>38100</wp:posOffset>
                      </wp:positionV>
                      <wp:extent cx="1257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F51FE"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65pt,3pt" to="17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"/>
                  </w:pict>
                </mc:Fallback>
              </mc:AlternateContent>
            </w:r>
          </w:p>
        </w:tc>
      </w:tr>
    </w:tbl>
    <w:p w:rsidR="00220C9C" w:rsidRDefault="00DE541C" w:rsidP="00F30315">
      <w:pPr>
        <w:spacing w:after="0"/>
      </w:pPr>
      <w:r>
        <w:br/>
      </w:r>
      <w:r w:rsidR="00F30315">
        <w:t xml:space="preserve">              </w:t>
      </w:r>
      <w:r>
        <w:t>Số:        /XN-SKĐAHN</w:t>
      </w:r>
    </w:p>
    <w:p w:rsidR="00220C9C" w:rsidRPr="00F30315" w:rsidRDefault="00DE541C">
      <w:pPr>
        <w:jc w:val="right"/>
        <w:rPr>
          <w:i/>
        </w:rPr>
      </w:pPr>
      <w:r w:rsidRPr="00F30315">
        <w:rPr>
          <w:i/>
        </w:rPr>
        <w:t>Hà Nội, ngày      tháng      năm 2026</w:t>
      </w:r>
    </w:p>
    <w:p w:rsidR="00220C9C" w:rsidRDefault="00DE541C" w:rsidP="00F30315">
      <w:pPr>
        <w:spacing w:after="0"/>
        <w:jc w:val="center"/>
      </w:pPr>
      <w:r>
        <w:rPr>
          <w:b/>
          <w:sz w:val="28"/>
        </w:rPr>
        <w:t>GIẤY XÁC NHẬN</w:t>
      </w:r>
    </w:p>
    <w:p w:rsidR="00220C9C" w:rsidRDefault="00DE541C" w:rsidP="00F30315">
      <w:pPr>
        <w:spacing w:after="0"/>
        <w:jc w:val="center"/>
      </w:pPr>
      <w:r>
        <w:rPr>
          <w:i/>
        </w:rPr>
        <w:t>Về tình trạng người học tại Trường Đại học Sân khấu - Điện ảnh Hà Nội</w:t>
      </w:r>
    </w:p>
    <w:p w:rsidR="00220C9C" w:rsidRDefault="00DE541C" w:rsidP="00F30315">
      <w:pPr>
        <w:jc w:val="center"/>
      </w:pPr>
      <w:r>
        <w:rPr>
          <w:b/>
        </w:rPr>
        <w:t>Trường Đại học Sân khấu - Điện ảnh Hà Nội xác nhận:</w:t>
      </w:r>
    </w:p>
    <w:p w:rsidR="00220C9C" w:rsidRDefault="00DE541C">
      <w:r>
        <w:t>- Họ và tên người học: ................................................................................................</w:t>
      </w:r>
      <w:r w:rsidR="00F30315">
        <w:t>...........</w:t>
      </w:r>
      <w:r w:rsidR="001C18EA">
        <w:t>.....</w:t>
      </w:r>
      <w:r w:rsidR="000071B6">
        <w:t>....</w:t>
      </w:r>
    </w:p>
    <w:p w:rsidR="00220C9C" w:rsidRDefault="00DE541C">
      <w:r>
        <w:t>- Ngày, tháng, năm sinh: ..........................................................................................</w:t>
      </w:r>
      <w:r w:rsidR="00F30315">
        <w:t>.............</w:t>
      </w:r>
      <w:r w:rsidR="001C18EA">
        <w:t>....</w:t>
      </w:r>
      <w:r w:rsidR="000071B6">
        <w:t>.....</w:t>
      </w:r>
    </w:p>
    <w:p w:rsidR="00220C9C" w:rsidRDefault="00DE541C">
      <w:r>
        <w:t>- Số CCCD/Hộ chiếu: ...............................................................................................</w:t>
      </w:r>
      <w:r w:rsidR="00F30315">
        <w:t>............</w:t>
      </w:r>
      <w:r w:rsidR="001C18EA">
        <w:t>.....</w:t>
      </w:r>
      <w:r w:rsidR="000071B6">
        <w:t>...</w:t>
      </w:r>
      <w:r w:rsidR="003B2A0A">
        <w:t>..</w:t>
      </w:r>
    </w:p>
    <w:p w:rsidR="00220C9C" w:rsidRDefault="00DE541C">
      <w:r>
        <w:t xml:space="preserve">- Hiện là: </w:t>
      </w:r>
      <w:r w:rsidRPr="007F767C">
        <w:rPr>
          <w:sz w:val="52"/>
          <w:szCs w:val="52"/>
        </w:rPr>
        <w:t>□</w:t>
      </w:r>
      <w:r>
        <w:t xml:space="preserve"> Sinh viên  </w:t>
      </w:r>
      <w:r w:rsidR="007F767C">
        <w:t xml:space="preserve">   </w:t>
      </w:r>
      <w:r w:rsidRPr="007F767C">
        <w:rPr>
          <w:sz w:val="52"/>
          <w:szCs w:val="52"/>
        </w:rPr>
        <w:t xml:space="preserve">□ </w:t>
      </w:r>
      <w:r>
        <w:t>Học viên</w:t>
      </w:r>
    </w:p>
    <w:p w:rsidR="00220C9C" w:rsidRDefault="00DE541C">
      <w:r>
        <w:t>- Mã số người học: ....................................................................................................</w:t>
      </w:r>
      <w:r w:rsidR="00F30315">
        <w:t>...........</w:t>
      </w:r>
      <w:r w:rsidR="001C18EA">
        <w:t>......</w:t>
      </w:r>
      <w:r w:rsidR="000071B6">
        <w:t>....</w:t>
      </w:r>
    </w:p>
    <w:p w:rsidR="00220C9C" w:rsidRDefault="00DE541C">
      <w:r>
        <w:t>- Lớp/Khoa/Ngành: ...................................................................................................</w:t>
      </w:r>
      <w:r w:rsidR="00F30315">
        <w:t>..........</w:t>
      </w:r>
      <w:r w:rsidR="001C18EA">
        <w:t>......</w:t>
      </w:r>
      <w:r w:rsidR="000071B6">
        <w:t>...</w:t>
      </w:r>
      <w:r w:rsidR="003B2A0A">
        <w:t>..</w:t>
      </w:r>
    </w:p>
    <w:p w:rsidR="00E93521" w:rsidRDefault="00E93521">
      <w:r>
        <w:t>- Trình độ đào tạo:…………………………………………………………………………</w:t>
      </w:r>
      <w:r w:rsidR="001C18EA">
        <w:t>…</w:t>
      </w:r>
      <w:r w:rsidR="000071B6">
        <w:t>…..</w:t>
      </w:r>
      <w:r w:rsidR="003B2A0A">
        <w:t>.</w:t>
      </w:r>
    </w:p>
    <w:p w:rsidR="00220C9C" w:rsidRDefault="00DE541C">
      <w:r>
        <w:t>- Niên khóa: ..............................................................................................................</w:t>
      </w:r>
      <w:r w:rsidR="00F30315">
        <w:t>..........</w:t>
      </w:r>
      <w:r w:rsidR="001C18EA">
        <w:t>......</w:t>
      </w:r>
      <w:r w:rsidR="000071B6">
        <w:t>......</w:t>
      </w:r>
    </w:p>
    <w:p w:rsidR="00220C9C" w:rsidRDefault="00DE541C">
      <w:r>
        <w:t xml:space="preserve">- Tình trạng học tập hiện nay: </w:t>
      </w:r>
      <w:r w:rsidRPr="007F767C">
        <w:rPr>
          <w:sz w:val="52"/>
          <w:szCs w:val="52"/>
        </w:rPr>
        <w:t>□</w:t>
      </w:r>
      <w:r>
        <w:t xml:space="preserve"> Đang học   </w:t>
      </w:r>
      <w:r w:rsidRPr="007F767C">
        <w:rPr>
          <w:sz w:val="52"/>
          <w:szCs w:val="52"/>
        </w:rPr>
        <w:t>□</w:t>
      </w:r>
      <w:r>
        <w:t xml:space="preserve"> Bảo lưu   </w:t>
      </w:r>
      <w:r w:rsidRPr="007F767C">
        <w:rPr>
          <w:sz w:val="52"/>
          <w:szCs w:val="52"/>
        </w:rPr>
        <w:t>□</w:t>
      </w:r>
      <w:r>
        <w:t xml:space="preserve"> Tạm dừng   </w:t>
      </w:r>
      <w:r w:rsidRPr="007F767C">
        <w:rPr>
          <w:sz w:val="52"/>
          <w:szCs w:val="52"/>
        </w:rPr>
        <w:t>□</w:t>
      </w:r>
      <w:r>
        <w:t xml:space="preserve"> Khác: ............</w:t>
      </w:r>
      <w:r w:rsidR="00F30315">
        <w:t>..</w:t>
      </w:r>
      <w:r w:rsidR="007F767C">
        <w:t>..</w:t>
      </w:r>
    </w:p>
    <w:p w:rsidR="00220C9C" w:rsidRDefault="00DE541C">
      <w:r>
        <w:t xml:space="preserve">- Tình trạng kỷ luật (nếu có): </w:t>
      </w:r>
      <w:r w:rsidRPr="007F767C">
        <w:rPr>
          <w:sz w:val="52"/>
          <w:szCs w:val="52"/>
        </w:rPr>
        <w:t>□</w:t>
      </w:r>
      <w:r>
        <w:t xml:space="preserve"> Không   </w:t>
      </w:r>
      <w:r w:rsidRPr="007F767C">
        <w:rPr>
          <w:sz w:val="52"/>
          <w:szCs w:val="52"/>
        </w:rPr>
        <w:t>□</w:t>
      </w:r>
      <w:r>
        <w:t xml:space="preserve"> Có (ghi rõ): ...............................................</w:t>
      </w:r>
      <w:r w:rsidR="00F30315">
        <w:t>......</w:t>
      </w:r>
      <w:r w:rsidR="001C18EA">
        <w:t>.....</w:t>
      </w:r>
      <w:r w:rsidR="007F767C">
        <w:t>.</w:t>
      </w:r>
    </w:p>
    <w:p w:rsidR="00220C9C" w:rsidRDefault="001C18EA" w:rsidP="001C18EA">
      <w:pPr>
        <w:jc w:val="both"/>
      </w:pPr>
      <w:r>
        <w:t xml:space="preserve">            </w:t>
      </w:r>
      <w:r w:rsidR="00DE541C">
        <w:t>Xác nhận này được cấp theo đề nghị của người học để phục vụ việc hoàn thiện hồ sơ cá nhân/giải quyết thủ tục liên quan theo quy định.</w:t>
      </w:r>
      <w:bookmarkStart w:id="0" w:name="_GoBack"/>
      <w:bookmarkEnd w:id="0"/>
    </w:p>
    <w:p w:rsidR="00220C9C" w:rsidRDefault="00CA7A6C" w:rsidP="001C18EA">
      <w:pPr>
        <w:jc w:val="both"/>
      </w:pPr>
      <w:r w:rsidRPr="001C18EA">
        <w:rPr>
          <w:b/>
        </w:rPr>
        <w:t xml:space="preserve">             </w:t>
      </w:r>
      <w:r w:rsidR="00DE541C" w:rsidRPr="001C18EA">
        <w:rPr>
          <w:b/>
        </w:rPr>
        <w:t>Lưu ý:</w:t>
      </w:r>
      <w:r w:rsidR="00DE541C">
        <w:t xml:space="preserve"> Việc xuất cảnh/nhập cảnh do cơ quan nhà nước có thẩm quyền quyết định theo quy định pháp luật. Nhà trường xác nhận tình trạng người học tại thời điểm cấp giấy, người học chịu trách nhiệm về việc thực hiện nghĩa vụ học tập trong thời gian vắng mặt.</w:t>
      </w:r>
    </w:p>
    <w:tbl>
      <w:tblPr>
        <w:tblW w:w="5000" w:type="pct"/>
        <w:tblLook w:val="0000" w:firstRow="0" w:lastRow="0" w:firstColumn="0" w:lastColumn="0" w:noHBand="0" w:noVBand="0"/>
      </w:tblPr>
      <w:tblGrid>
        <w:gridCol w:w="4543"/>
        <w:gridCol w:w="5428"/>
      </w:tblGrid>
      <w:tr w:rsidR="00F30315" w:rsidRPr="003F35D0" w:rsidTr="003A5A28">
        <w:tc>
          <w:tcPr>
            <w:tcW w:w="2278" w:type="pct"/>
          </w:tcPr>
          <w:p w:rsidR="00F30315" w:rsidRPr="00E725D7" w:rsidRDefault="00F30315" w:rsidP="003A5A28">
            <w:pPr>
              <w:spacing w:line="240" w:lineRule="auto"/>
              <w:rPr>
                <w:szCs w:val="26"/>
              </w:rPr>
            </w:pPr>
          </w:p>
        </w:tc>
        <w:tc>
          <w:tcPr>
            <w:tcW w:w="2722" w:type="pct"/>
          </w:tcPr>
          <w:p w:rsidR="00F30315" w:rsidRPr="00F0776B" w:rsidRDefault="00F30315" w:rsidP="00F30315">
            <w:pPr>
              <w:spacing w:after="0" w:line="240" w:lineRule="auto"/>
              <w:jc w:val="center"/>
              <w:rPr>
                <w:b/>
                <w:szCs w:val="26"/>
              </w:rPr>
            </w:pPr>
            <w:r w:rsidRPr="00F0776B">
              <w:rPr>
                <w:b/>
                <w:szCs w:val="26"/>
              </w:rPr>
              <w:t>HIỆU TRƯỞNG</w:t>
            </w:r>
          </w:p>
          <w:p w:rsidR="00F30315" w:rsidRDefault="00F30315" w:rsidP="00F30315">
            <w:pPr>
              <w:spacing w:after="0" w:line="240" w:lineRule="auto"/>
              <w:jc w:val="center"/>
              <w:rPr>
                <w:b/>
                <w:szCs w:val="26"/>
              </w:rPr>
            </w:pPr>
          </w:p>
          <w:p w:rsidR="00F30315" w:rsidRDefault="00F30315" w:rsidP="00F30315">
            <w:pPr>
              <w:spacing w:after="0" w:line="240" w:lineRule="auto"/>
              <w:jc w:val="center"/>
              <w:rPr>
                <w:b/>
                <w:szCs w:val="26"/>
              </w:rPr>
            </w:pPr>
          </w:p>
          <w:p w:rsidR="00F30315" w:rsidRDefault="00F30315" w:rsidP="00F30315">
            <w:pPr>
              <w:spacing w:after="0" w:line="240" w:lineRule="auto"/>
              <w:jc w:val="center"/>
              <w:rPr>
                <w:b/>
                <w:szCs w:val="26"/>
              </w:rPr>
            </w:pPr>
          </w:p>
          <w:p w:rsidR="00F30315" w:rsidRDefault="00F30315" w:rsidP="00F30315">
            <w:pPr>
              <w:spacing w:after="0" w:line="240" w:lineRule="auto"/>
              <w:jc w:val="center"/>
              <w:rPr>
                <w:b/>
                <w:szCs w:val="26"/>
              </w:rPr>
            </w:pPr>
          </w:p>
          <w:p w:rsidR="00F30315" w:rsidRPr="00CD7702" w:rsidRDefault="00F30315" w:rsidP="003A5A28">
            <w:pPr>
              <w:rPr>
                <w:b/>
                <w:szCs w:val="26"/>
              </w:rPr>
            </w:pPr>
          </w:p>
          <w:p w:rsidR="00F30315" w:rsidRDefault="00F30315" w:rsidP="003A5A28">
            <w:pPr>
              <w:jc w:val="center"/>
              <w:rPr>
                <w:b/>
                <w:szCs w:val="26"/>
              </w:rPr>
            </w:pPr>
          </w:p>
          <w:p w:rsidR="00F30315" w:rsidRDefault="00F30315" w:rsidP="003A5A28">
            <w:pPr>
              <w:jc w:val="center"/>
              <w:rPr>
                <w:b/>
                <w:szCs w:val="26"/>
              </w:rPr>
            </w:pPr>
          </w:p>
          <w:p w:rsidR="00F30315" w:rsidRPr="003F35D0" w:rsidRDefault="00F30315" w:rsidP="003A5A28">
            <w:pPr>
              <w:jc w:val="center"/>
              <w:rPr>
                <w:szCs w:val="26"/>
              </w:rPr>
            </w:pPr>
          </w:p>
        </w:tc>
      </w:tr>
    </w:tbl>
    <w:p w:rsidR="00220C9C" w:rsidRDefault="00220C9C" w:rsidP="00F30315">
      <w:pPr>
        <w:jc w:val="center"/>
      </w:pPr>
    </w:p>
    <w:sectPr w:rsidR="00220C9C" w:rsidSect="00F30315">
      <w:pgSz w:w="12240" w:h="15840"/>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71B6"/>
    <w:rsid w:val="00034616"/>
    <w:rsid w:val="0006063C"/>
    <w:rsid w:val="0015074B"/>
    <w:rsid w:val="001C18EA"/>
    <w:rsid w:val="00220C9C"/>
    <w:rsid w:val="0029639D"/>
    <w:rsid w:val="00326F90"/>
    <w:rsid w:val="003B2A0A"/>
    <w:rsid w:val="007F767C"/>
    <w:rsid w:val="00AA1D8D"/>
    <w:rsid w:val="00B47730"/>
    <w:rsid w:val="00CA7A6C"/>
    <w:rsid w:val="00CB0664"/>
    <w:rsid w:val="00DE541C"/>
    <w:rsid w:val="00E93521"/>
    <w:rsid w:val="00F303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C6B6E8"/>
  <w14:defaultImageDpi w14:val="300"/>
  <w15:docId w15:val="{A2724FAA-D822-4298-9501-009D896E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EA9F5-61F3-4EF7-B822-0DFAD2D84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8</cp:revision>
  <dcterms:created xsi:type="dcterms:W3CDTF">2026-01-19T09:29:00Z</dcterms:created>
  <dcterms:modified xsi:type="dcterms:W3CDTF">2026-01-20T02:36:00Z</dcterms:modified>
  <cp:category/>
</cp:coreProperties>
</file>