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37" w:type="pct"/>
        <w:tblInd w:w="-176" w:type="dxa"/>
        <w:tblLook w:val="01E0" w:firstRow="1" w:lastRow="1" w:firstColumn="1" w:lastColumn="1" w:noHBand="0" w:noVBand="0"/>
      </w:tblPr>
      <w:tblGrid>
        <w:gridCol w:w="4165"/>
        <w:gridCol w:w="5310"/>
      </w:tblGrid>
      <w:tr w:rsidR="001F0046" w:rsidRPr="009A1332" w14:paraId="101151C1" w14:textId="77777777" w:rsidTr="009E4E7F">
        <w:tc>
          <w:tcPr>
            <w:tcW w:w="2198" w:type="pct"/>
          </w:tcPr>
          <w:p w14:paraId="79F01156" w14:textId="77777777" w:rsidR="001F0046" w:rsidRPr="001F0046" w:rsidRDefault="001F0046" w:rsidP="001F00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0046">
              <w:rPr>
                <w:sz w:val="24"/>
                <w:szCs w:val="24"/>
              </w:rPr>
              <w:t>TRƯỜNG ĐẠI HỌC</w:t>
            </w:r>
          </w:p>
          <w:p w14:paraId="09D5F83F" w14:textId="77777777" w:rsidR="001F0046" w:rsidRPr="001F0046" w:rsidRDefault="001F0046" w:rsidP="001F00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0046">
              <w:rPr>
                <w:sz w:val="24"/>
                <w:szCs w:val="24"/>
              </w:rPr>
              <w:t>SÂN KHẤU - ĐIỆN ẢNH HÀ NỘI</w:t>
            </w:r>
          </w:p>
          <w:p w14:paraId="754205B2" w14:textId="53F25D61" w:rsidR="001F0046" w:rsidRPr="009A1332" w:rsidRDefault="001F0046" w:rsidP="001F0046">
            <w:pPr>
              <w:spacing w:after="0" w:line="240" w:lineRule="auto"/>
              <w:jc w:val="center"/>
              <w:rPr>
                <w:szCs w:val="26"/>
              </w:rPr>
            </w:pPr>
            <w:r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7A01E1" wp14:editId="0560476A">
                      <wp:simplePos x="0" y="0"/>
                      <wp:positionH relativeFrom="column">
                        <wp:posOffset>628319</wp:posOffset>
                      </wp:positionH>
                      <wp:positionV relativeFrom="paragraph">
                        <wp:posOffset>186055</wp:posOffset>
                      </wp:positionV>
                      <wp:extent cx="1240403" cy="0"/>
                      <wp:effectExtent l="0" t="0" r="3619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040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9E174A4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45pt,14.65pt" to="147.1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" strokecolor="black [3040]"/>
                  </w:pict>
                </mc:Fallback>
              </mc:AlternateContent>
            </w:r>
            <w:r w:rsidRPr="001F0046">
              <w:rPr>
                <w:b/>
                <w:sz w:val="24"/>
                <w:szCs w:val="24"/>
              </w:rPr>
              <w:t>KHOA</w:t>
            </w:r>
            <w:r>
              <w:rPr>
                <w:b/>
                <w:sz w:val="24"/>
                <w:szCs w:val="24"/>
              </w:rPr>
              <w:t xml:space="preserve"> KỊCH HÁT DÂN TỘC</w:t>
            </w:r>
          </w:p>
        </w:tc>
        <w:tc>
          <w:tcPr>
            <w:tcW w:w="2802" w:type="pct"/>
          </w:tcPr>
          <w:p w14:paraId="00E16C7D" w14:textId="77777777" w:rsidR="001F0046" w:rsidRPr="001F0046" w:rsidRDefault="001F0046" w:rsidP="001F004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F0046">
              <w:rPr>
                <w:b/>
                <w:sz w:val="24"/>
                <w:szCs w:val="24"/>
              </w:rPr>
              <w:t>CỘNG HOÀ XÃ HỘI CHỦ NGHĨA VIỆT NAM</w:t>
            </w:r>
          </w:p>
          <w:p w14:paraId="630B9D66" w14:textId="77777777" w:rsidR="001F0046" w:rsidRPr="009A1332" w:rsidRDefault="001F0046" w:rsidP="001F0046">
            <w:pPr>
              <w:spacing w:after="0" w:line="240" w:lineRule="auto"/>
              <w:jc w:val="center"/>
              <w:rPr>
                <w:b/>
                <w:szCs w:val="26"/>
              </w:rPr>
            </w:pPr>
            <w:r w:rsidRPr="009A1332">
              <w:rPr>
                <w:b/>
                <w:szCs w:val="26"/>
              </w:rPr>
              <w:t>Độc lập - Tự do - Hạnh phúc</w:t>
            </w:r>
          </w:p>
          <w:p w14:paraId="4FA22F6A" w14:textId="77777777" w:rsidR="001F0046" w:rsidRPr="009A1332" w:rsidRDefault="001F0046" w:rsidP="001F0046">
            <w:pPr>
              <w:spacing w:after="0" w:line="240" w:lineRule="auto"/>
              <w:jc w:val="center"/>
              <w:rPr>
                <w:szCs w:val="26"/>
              </w:rPr>
            </w:pPr>
            <w:r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47C411" wp14:editId="5E39A5B4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19354</wp:posOffset>
                      </wp:positionV>
                      <wp:extent cx="1955800" cy="0"/>
                      <wp:effectExtent l="0" t="0" r="25400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7250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2.3pt;margin-top:1.5pt;width:15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"/>
                  </w:pict>
                </mc:Fallback>
              </mc:AlternateContent>
            </w:r>
          </w:p>
          <w:p w14:paraId="1C01E740" w14:textId="77777777" w:rsidR="001F0046" w:rsidRPr="007710F7" w:rsidRDefault="001F0046" w:rsidP="001F0046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 w:rsidRPr="007710F7">
              <w:rPr>
                <w:i/>
                <w:sz w:val="28"/>
                <w:szCs w:val="28"/>
              </w:rPr>
              <w:t>Hà Nội, ngày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>
              <w:rPr>
                <w:i/>
                <w:sz w:val="28"/>
                <w:szCs w:val="28"/>
                <w:lang w:val="vi-VN"/>
              </w:rPr>
              <w:t>......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 w:rsidRPr="007710F7">
              <w:rPr>
                <w:i/>
                <w:sz w:val="28"/>
                <w:szCs w:val="28"/>
              </w:rPr>
              <w:t>tháng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>
              <w:rPr>
                <w:i/>
                <w:sz w:val="28"/>
                <w:szCs w:val="28"/>
              </w:rPr>
              <w:t>……</w:t>
            </w:r>
            <w:r w:rsidRPr="007710F7">
              <w:rPr>
                <w:i/>
                <w:sz w:val="28"/>
                <w:szCs w:val="28"/>
              </w:rPr>
              <w:t xml:space="preserve"> năm </w:t>
            </w:r>
            <w:r>
              <w:rPr>
                <w:i/>
                <w:sz w:val="28"/>
                <w:szCs w:val="28"/>
              </w:rPr>
              <w:t>………</w:t>
            </w:r>
          </w:p>
        </w:tc>
      </w:tr>
    </w:tbl>
    <w:p w14:paraId="1F1C0868" w14:textId="6E9D1A1E" w:rsidR="00A71919" w:rsidRPr="00A71919" w:rsidRDefault="00A71919" w:rsidP="001F0046">
      <w:pPr>
        <w:spacing w:after="0" w:line="240" w:lineRule="auto"/>
        <w:rPr>
          <w:b/>
          <w:bCs/>
        </w:rPr>
      </w:pPr>
    </w:p>
    <w:p w14:paraId="3719C01E" w14:textId="77777777" w:rsidR="00FE0F00" w:rsidRPr="00FE0F00" w:rsidRDefault="00FE0F00" w:rsidP="001F0046">
      <w:pPr>
        <w:spacing w:after="0" w:line="240" w:lineRule="auto"/>
        <w:jc w:val="center"/>
        <w:rPr>
          <w:b/>
          <w:bCs/>
        </w:rPr>
      </w:pPr>
      <w:r w:rsidRPr="00FE0F00">
        <w:rPr>
          <w:b/>
          <w:bCs/>
        </w:rPr>
        <w:t>KẾ HOẠCH</w:t>
      </w:r>
    </w:p>
    <w:p w14:paraId="71EC1045" w14:textId="40E6FE0F" w:rsidR="00FE0F00" w:rsidRPr="001F0046" w:rsidRDefault="001F0046" w:rsidP="001F0046">
      <w:pPr>
        <w:spacing w:after="0" w:line="240" w:lineRule="auto"/>
        <w:jc w:val="center"/>
        <w:rPr>
          <w:b/>
          <w:iCs/>
        </w:rPr>
      </w:pPr>
      <w:r>
        <w:rPr>
          <w:b/>
          <w:i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AD5D0A" wp14:editId="031A3BC4">
                <wp:simplePos x="0" y="0"/>
                <wp:positionH relativeFrom="column">
                  <wp:posOffset>2004391</wp:posOffset>
                </wp:positionH>
                <wp:positionV relativeFrom="paragraph">
                  <wp:posOffset>204470</wp:posOffset>
                </wp:positionV>
                <wp:extent cx="1765189" cy="0"/>
                <wp:effectExtent l="0" t="0" r="2603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518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12DF56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7.85pt,16.1pt" to="296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" strokecolor="black [3040]"/>
            </w:pict>
          </mc:Fallback>
        </mc:AlternateContent>
      </w:r>
      <w:r w:rsidR="00FE0F00" w:rsidRPr="001F0046">
        <w:rPr>
          <w:b/>
          <w:iCs/>
        </w:rPr>
        <w:t>Tổ chức biểu diễn báo cáo học phầ</w:t>
      </w:r>
      <w:r>
        <w:rPr>
          <w:b/>
          <w:iCs/>
        </w:rPr>
        <w:t>n/</w:t>
      </w:r>
      <w:r w:rsidR="00FE0F00" w:rsidRPr="001F0046">
        <w:rPr>
          <w:b/>
          <w:iCs/>
        </w:rPr>
        <w:t>thực hành nghề</w:t>
      </w:r>
    </w:p>
    <w:p w14:paraId="0C70E5F3" w14:textId="77777777" w:rsidR="001F0046" w:rsidRDefault="001F0046" w:rsidP="00831705">
      <w:pPr>
        <w:spacing w:after="0"/>
        <w:jc w:val="both"/>
      </w:pPr>
    </w:p>
    <w:p w14:paraId="08390AF3" w14:textId="2903A8D6" w:rsidR="00FE0F00" w:rsidRPr="00D1023E" w:rsidRDefault="00FE0F00" w:rsidP="00831705">
      <w:pPr>
        <w:spacing w:after="0"/>
        <w:jc w:val="both"/>
        <w:rPr>
          <w:b/>
        </w:rPr>
      </w:pPr>
      <w:r w:rsidRPr="00D1023E">
        <w:rPr>
          <w:b/>
        </w:rPr>
        <w:t>1. Mục đích</w:t>
      </w:r>
    </w:p>
    <w:p w14:paraId="0F65C4B4" w14:textId="77777777" w:rsidR="00FE0F00" w:rsidRPr="00FE0F00" w:rsidRDefault="00FE0F00" w:rsidP="00831705">
      <w:pPr>
        <w:numPr>
          <w:ilvl w:val="0"/>
          <w:numId w:val="11"/>
        </w:numPr>
        <w:spacing w:after="0"/>
        <w:jc w:val="both"/>
      </w:pPr>
      <w:r w:rsidRPr="00FE0F00">
        <w:t>Đánh giá năng lực biểu diễn của sinh viên</w:t>
      </w:r>
    </w:p>
    <w:p w14:paraId="4E37D840" w14:textId="77777777" w:rsidR="00FE0F00" w:rsidRPr="00FE0F00" w:rsidRDefault="00FE0F00" w:rsidP="00831705">
      <w:pPr>
        <w:numPr>
          <w:ilvl w:val="0"/>
          <w:numId w:val="11"/>
        </w:numPr>
        <w:spacing w:after="0"/>
        <w:jc w:val="both"/>
      </w:pPr>
      <w:r w:rsidRPr="00FE0F00">
        <w:t>Gắn đào tạo với thực tiễn sân khấu</w:t>
      </w:r>
    </w:p>
    <w:p w14:paraId="4F6FE531" w14:textId="15E08F71" w:rsidR="00FE0F00" w:rsidRPr="00FE0F00" w:rsidRDefault="00FE0F00" w:rsidP="00831705">
      <w:pPr>
        <w:numPr>
          <w:ilvl w:val="0"/>
          <w:numId w:val="11"/>
        </w:numPr>
        <w:spacing w:after="0"/>
        <w:jc w:val="both"/>
      </w:pPr>
      <w:r w:rsidRPr="00FE0F00">
        <w:t xml:space="preserve">Bảo tồn và phát huy nghệ thuật </w:t>
      </w:r>
      <w:r>
        <w:t>Sân khấu Kịch hát</w:t>
      </w:r>
    </w:p>
    <w:p w14:paraId="12B86FC1" w14:textId="77777777" w:rsidR="00FE0F00" w:rsidRPr="00D1023E" w:rsidRDefault="00FE0F00" w:rsidP="00831705">
      <w:pPr>
        <w:spacing w:after="0"/>
        <w:jc w:val="both"/>
        <w:rPr>
          <w:b/>
        </w:rPr>
      </w:pPr>
      <w:r w:rsidRPr="00D1023E">
        <w:rPr>
          <w:b/>
        </w:rPr>
        <w:t>2. Thời gian – địa điểm</w:t>
      </w:r>
    </w:p>
    <w:p w14:paraId="48A4089E" w14:textId="77777777" w:rsidR="00FE0F00" w:rsidRPr="00FE0F00" w:rsidRDefault="00FE0F00" w:rsidP="00831705">
      <w:pPr>
        <w:numPr>
          <w:ilvl w:val="0"/>
          <w:numId w:val="12"/>
        </w:numPr>
        <w:spacing w:after="0"/>
        <w:jc w:val="both"/>
      </w:pPr>
      <w:r w:rsidRPr="00FE0F00">
        <w:t>Thời gian: …………………</w:t>
      </w:r>
    </w:p>
    <w:p w14:paraId="57EB7681" w14:textId="77777777" w:rsidR="00FE0F00" w:rsidRPr="00FE0F00" w:rsidRDefault="00FE0F00" w:rsidP="00831705">
      <w:pPr>
        <w:numPr>
          <w:ilvl w:val="0"/>
          <w:numId w:val="12"/>
        </w:numPr>
        <w:spacing w:after="0"/>
        <w:jc w:val="both"/>
      </w:pPr>
      <w:r w:rsidRPr="00FE0F00">
        <w:t>Địa điểm: Sân khấu thực nghiệm / Nhà hát ……………</w:t>
      </w:r>
    </w:p>
    <w:p w14:paraId="7F2E1C49" w14:textId="77777777" w:rsidR="00FE0F00" w:rsidRPr="00D1023E" w:rsidRDefault="00FE0F00" w:rsidP="00831705">
      <w:pPr>
        <w:spacing w:after="0"/>
        <w:jc w:val="both"/>
        <w:rPr>
          <w:b/>
        </w:rPr>
      </w:pPr>
      <w:r w:rsidRPr="00D1023E">
        <w:rPr>
          <w:b/>
        </w:rPr>
        <w:t>3. Nội dung chương trình</w:t>
      </w:r>
    </w:p>
    <w:p w14:paraId="27000C2A" w14:textId="77777777" w:rsidR="00FE0F00" w:rsidRPr="00FE0F00" w:rsidRDefault="00FE0F00" w:rsidP="00831705">
      <w:pPr>
        <w:numPr>
          <w:ilvl w:val="0"/>
          <w:numId w:val="13"/>
        </w:numPr>
        <w:spacing w:after="0"/>
        <w:jc w:val="both"/>
      </w:pPr>
      <w:r w:rsidRPr="00FE0F00">
        <w:t>Trích đoạn Chèo: ……………</w:t>
      </w:r>
    </w:p>
    <w:p w14:paraId="47DF739C" w14:textId="77777777" w:rsidR="00FE0F00" w:rsidRPr="00FE0F00" w:rsidRDefault="00FE0F00" w:rsidP="00831705">
      <w:pPr>
        <w:numPr>
          <w:ilvl w:val="0"/>
          <w:numId w:val="13"/>
        </w:numPr>
        <w:spacing w:after="0"/>
        <w:jc w:val="both"/>
      </w:pPr>
      <w:r w:rsidRPr="00FE0F00">
        <w:t>Trích đoạn Tuồng: ……………</w:t>
      </w:r>
    </w:p>
    <w:p w14:paraId="62630508" w14:textId="77777777" w:rsidR="00FE0F00" w:rsidRDefault="00FE0F00" w:rsidP="00831705">
      <w:pPr>
        <w:numPr>
          <w:ilvl w:val="0"/>
          <w:numId w:val="13"/>
        </w:numPr>
        <w:spacing w:after="0"/>
        <w:jc w:val="both"/>
      </w:pPr>
      <w:r w:rsidRPr="00FE0F00">
        <w:t>Hòa tấu – nhạc đệm: ……………</w:t>
      </w:r>
    </w:p>
    <w:p w14:paraId="04555C64" w14:textId="773096F0" w:rsidR="00FE0F00" w:rsidRDefault="00FE0F00" w:rsidP="00831705">
      <w:pPr>
        <w:numPr>
          <w:ilvl w:val="0"/>
          <w:numId w:val="13"/>
        </w:numPr>
        <w:spacing w:after="0"/>
        <w:jc w:val="both"/>
      </w:pPr>
      <w:r>
        <w:t>Múa Rối.               …………………………….</w:t>
      </w:r>
    </w:p>
    <w:p w14:paraId="1D5C7BB2" w14:textId="060A3FBB" w:rsidR="00FE0F00" w:rsidRPr="00FE0F00" w:rsidRDefault="00FE0F00" w:rsidP="00831705">
      <w:pPr>
        <w:numPr>
          <w:ilvl w:val="0"/>
          <w:numId w:val="13"/>
        </w:numPr>
        <w:spacing w:after="0"/>
        <w:jc w:val="both"/>
      </w:pPr>
      <w:r>
        <w:t>Trích đoạn Cải lương</w:t>
      </w:r>
    </w:p>
    <w:p w14:paraId="0BC4EA30" w14:textId="77777777" w:rsidR="00FE0F00" w:rsidRPr="00D1023E" w:rsidRDefault="00FE0F00" w:rsidP="00831705">
      <w:pPr>
        <w:spacing w:after="0"/>
        <w:jc w:val="both"/>
        <w:rPr>
          <w:b/>
        </w:rPr>
      </w:pPr>
      <w:r w:rsidRPr="00D1023E">
        <w:rPr>
          <w:b/>
        </w:rPr>
        <w:t>4. Phân công nhiệm vụ</w:t>
      </w:r>
    </w:p>
    <w:p w14:paraId="1C58E498" w14:textId="77777777" w:rsidR="00FE0F00" w:rsidRPr="00FE0F00" w:rsidRDefault="00FE0F00" w:rsidP="00831705">
      <w:pPr>
        <w:numPr>
          <w:ilvl w:val="0"/>
          <w:numId w:val="14"/>
        </w:numPr>
        <w:spacing w:after="0"/>
        <w:jc w:val="both"/>
      </w:pPr>
      <w:r w:rsidRPr="00FE0F00">
        <w:t>Chỉ đạo: Trưởng khoa</w:t>
      </w:r>
    </w:p>
    <w:p w14:paraId="194654B1" w14:textId="77777777" w:rsidR="00FE0F00" w:rsidRPr="00FE0F00" w:rsidRDefault="00FE0F00" w:rsidP="00831705">
      <w:pPr>
        <w:numPr>
          <w:ilvl w:val="0"/>
          <w:numId w:val="14"/>
        </w:numPr>
        <w:spacing w:after="0"/>
        <w:jc w:val="both"/>
      </w:pPr>
      <w:r w:rsidRPr="00FE0F00">
        <w:t>Đạo diễn: ……………</w:t>
      </w:r>
    </w:p>
    <w:p w14:paraId="3A2BC9FE" w14:textId="77777777" w:rsidR="00FE0F00" w:rsidRPr="00FE0F00" w:rsidRDefault="00FE0F00" w:rsidP="00831705">
      <w:pPr>
        <w:numPr>
          <w:ilvl w:val="0"/>
          <w:numId w:val="14"/>
        </w:numPr>
        <w:spacing w:after="0"/>
        <w:jc w:val="both"/>
      </w:pPr>
      <w:r w:rsidRPr="00FE0F00">
        <w:t>Âm nhạc: ……………</w:t>
      </w:r>
    </w:p>
    <w:p w14:paraId="3CF0D7E3" w14:textId="77777777" w:rsidR="00FE0F00" w:rsidRPr="00FE0F00" w:rsidRDefault="00FE0F00" w:rsidP="00831705">
      <w:pPr>
        <w:numPr>
          <w:ilvl w:val="0"/>
          <w:numId w:val="14"/>
        </w:numPr>
        <w:spacing w:after="0"/>
        <w:jc w:val="both"/>
      </w:pPr>
      <w:r w:rsidRPr="00FE0F00">
        <w:t>Hậu cần: ……………</w:t>
      </w:r>
    </w:p>
    <w:p w14:paraId="7E96E54B" w14:textId="77777777" w:rsidR="00FE0F00" w:rsidRPr="00D1023E" w:rsidRDefault="00FE0F00" w:rsidP="00831705">
      <w:pPr>
        <w:spacing w:after="0"/>
        <w:jc w:val="both"/>
        <w:rPr>
          <w:b/>
        </w:rPr>
      </w:pPr>
      <w:r w:rsidRPr="00D1023E">
        <w:rPr>
          <w:b/>
        </w:rPr>
        <w:t>5. Kinh phí</w:t>
      </w:r>
    </w:p>
    <w:p w14:paraId="7DE77989" w14:textId="77777777" w:rsidR="00FE0F00" w:rsidRPr="00FE0F00" w:rsidRDefault="00FE0F00" w:rsidP="00831705">
      <w:pPr>
        <w:numPr>
          <w:ilvl w:val="0"/>
          <w:numId w:val="15"/>
        </w:numPr>
        <w:spacing w:after="0"/>
        <w:jc w:val="both"/>
      </w:pPr>
      <w:r w:rsidRPr="00FE0F00">
        <w:t>Trang phục – đạo cụ: ……………</w:t>
      </w:r>
    </w:p>
    <w:p w14:paraId="342E7063" w14:textId="429B5F54" w:rsidR="00FE0F00" w:rsidRDefault="00FE0F00" w:rsidP="00831705">
      <w:pPr>
        <w:numPr>
          <w:ilvl w:val="0"/>
          <w:numId w:val="15"/>
        </w:numPr>
        <w:spacing w:after="0"/>
        <w:jc w:val="both"/>
      </w:pPr>
      <w:r w:rsidRPr="00FE0F00">
        <w:t>Âm thanh – ánh sáng: ……………</w:t>
      </w:r>
    </w:p>
    <w:p w14:paraId="5DA4F394" w14:textId="77777777" w:rsidR="00D1023E" w:rsidRPr="00FE0F00" w:rsidRDefault="00D1023E" w:rsidP="00D1023E">
      <w:pPr>
        <w:spacing w:after="0"/>
        <w:jc w:val="both"/>
      </w:pP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D1023E" w:rsidRPr="00F435C7" w14:paraId="31BCC42A" w14:textId="77777777" w:rsidTr="00D1023E">
        <w:tc>
          <w:tcPr>
            <w:tcW w:w="5245" w:type="dxa"/>
          </w:tcPr>
          <w:p w14:paraId="31DB6311" w14:textId="23A76405" w:rsidR="00D1023E" w:rsidRPr="00F435C7" w:rsidRDefault="00D1023E" w:rsidP="009E4E7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</w:tc>
        <w:tc>
          <w:tcPr>
            <w:tcW w:w="4253" w:type="dxa"/>
          </w:tcPr>
          <w:p w14:paraId="5B2ED0B6" w14:textId="46AFA796" w:rsidR="00D1023E" w:rsidRDefault="00D1023E" w:rsidP="009E4E7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  <w:r w:rsidRPr="00F435C7">
              <w:rPr>
                <w:b/>
                <w:szCs w:val="26"/>
              </w:rPr>
              <w:t xml:space="preserve">KHOA </w:t>
            </w:r>
            <w:r>
              <w:rPr>
                <w:b/>
                <w:szCs w:val="26"/>
              </w:rPr>
              <w:t>KỊCH HÁT DÂN TỘC</w:t>
            </w:r>
          </w:p>
          <w:p w14:paraId="48D4CBF4" w14:textId="77777777" w:rsidR="00D1023E" w:rsidRDefault="00D1023E" w:rsidP="009E4E7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7E14C09B" w14:textId="77777777" w:rsidR="00D1023E" w:rsidRDefault="00D1023E" w:rsidP="009E4E7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6774AAD2" w14:textId="77777777" w:rsidR="00D1023E" w:rsidRDefault="00D1023E" w:rsidP="009E4E7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43F3DF4F" w14:textId="77777777" w:rsidR="00D1023E" w:rsidRDefault="00D1023E" w:rsidP="009E4E7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670E3E82" w14:textId="77777777" w:rsidR="00D1023E" w:rsidRDefault="00D1023E" w:rsidP="009E4E7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487453B9" w14:textId="2349A6EF" w:rsidR="00D1023E" w:rsidRPr="00F435C7" w:rsidRDefault="00D1023E" w:rsidP="009E4E7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Phạm Hữu Dực</w:t>
            </w:r>
          </w:p>
        </w:tc>
      </w:tr>
    </w:tbl>
    <w:p w14:paraId="5626064F" w14:textId="40C3B04D" w:rsidR="009B3CEF" w:rsidRDefault="009B3CEF">
      <w:bookmarkStart w:id="0" w:name="_GoBack"/>
      <w:bookmarkEnd w:id="0"/>
    </w:p>
    <w:sectPr w:rsidR="009B3CEF" w:rsidSect="001F0046"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3075C4"/>
    <w:multiLevelType w:val="multilevel"/>
    <w:tmpl w:val="7AFC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Zero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2F5737"/>
    <w:multiLevelType w:val="multilevel"/>
    <w:tmpl w:val="2BCA3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482F13"/>
    <w:multiLevelType w:val="multilevel"/>
    <w:tmpl w:val="2A987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4849D5"/>
    <w:multiLevelType w:val="multilevel"/>
    <w:tmpl w:val="6BD09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3F3327"/>
    <w:multiLevelType w:val="hybridMultilevel"/>
    <w:tmpl w:val="5420DED4"/>
    <w:lvl w:ilvl="0" w:tplc="9EA80EB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672300"/>
    <w:multiLevelType w:val="multilevel"/>
    <w:tmpl w:val="FDF40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4D7670"/>
    <w:multiLevelType w:val="multilevel"/>
    <w:tmpl w:val="E3829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2B2B36"/>
    <w:multiLevelType w:val="multilevel"/>
    <w:tmpl w:val="065C4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F509A7"/>
    <w:multiLevelType w:val="multilevel"/>
    <w:tmpl w:val="EAEA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A43C63"/>
    <w:multiLevelType w:val="multilevel"/>
    <w:tmpl w:val="CABE9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5C5B2F"/>
    <w:multiLevelType w:val="multilevel"/>
    <w:tmpl w:val="EACE8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C10930"/>
    <w:multiLevelType w:val="multilevel"/>
    <w:tmpl w:val="6402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8"/>
  </w:num>
  <w:num w:numId="12">
    <w:abstractNumId w:val="20"/>
  </w:num>
  <w:num w:numId="13">
    <w:abstractNumId w:val="12"/>
  </w:num>
  <w:num w:numId="14">
    <w:abstractNumId w:val="9"/>
  </w:num>
  <w:num w:numId="15">
    <w:abstractNumId w:val="17"/>
  </w:num>
  <w:num w:numId="16">
    <w:abstractNumId w:val="10"/>
  </w:num>
  <w:num w:numId="17">
    <w:abstractNumId w:val="16"/>
  </w:num>
  <w:num w:numId="18">
    <w:abstractNumId w:val="11"/>
  </w:num>
  <w:num w:numId="19">
    <w:abstractNumId w:val="19"/>
  </w:num>
  <w:num w:numId="20">
    <w:abstractNumId w:val="1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F0046"/>
    <w:rsid w:val="00260383"/>
    <w:rsid w:val="0029639D"/>
    <w:rsid w:val="002E0E8A"/>
    <w:rsid w:val="00326F90"/>
    <w:rsid w:val="004703F9"/>
    <w:rsid w:val="00686D0E"/>
    <w:rsid w:val="007465BF"/>
    <w:rsid w:val="00831705"/>
    <w:rsid w:val="009B3CEF"/>
    <w:rsid w:val="00A71919"/>
    <w:rsid w:val="00AA1D8D"/>
    <w:rsid w:val="00B47730"/>
    <w:rsid w:val="00C169FB"/>
    <w:rsid w:val="00CB0664"/>
    <w:rsid w:val="00D1023E"/>
    <w:rsid w:val="00EF16ED"/>
    <w:rsid w:val="00FC693F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ED39A1"/>
  <w14:defaultImageDpi w14:val="300"/>
  <w15:docId w15:val="{92EED93E-D4BD-43CC-A371-C7CE800B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CE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A1593B-C44A-4C3F-860D-CB8ED5A68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6</cp:revision>
  <dcterms:created xsi:type="dcterms:W3CDTF">2026-04-08T07:30:00Z</dcterms:created>
  <dcterms:modified xsi:type="dcterms:W3CDTF">2026-04-09T02:59:00Z</dcterms:modified>
  <cp:category/>
</cp:coreProperties>
</file>