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4534"/>
        <w:gridCol w:w="5104"/>
      </w:tblGrid>
      <w:tr w:rsidR="00A47F93" w:rsidRPr="003F35D0" w:rsidTr="00856F9F">
        <w:trPr>
          <w:trHeight w:val="992"/>
        </w:trPr>
        <w:tc>
          <w:tcPr>
            <w:tcW w:w="2352" w:type="pct"/>
          </w:tcPr>
          <w:p w:rsidR="00A47F93" w:rsidRPr="002F7953" w:rsidRDefault="00A47F93" w:rsidP="00856F9F">
            <w:pPr>
              <w:spacing w:after="0" w:line="240" w:lineRule="auto"/>
              <w:jc w:val="center"/>
              <w:rPr>
                <w:spacing w:val="-16"/>
                <w:szCs w:val="26"/>
              </w:rPr>
            </w:pPr>
            <w:r w:rsidRPr="002F7953">
              <w:rPr>
                <w:spacing w:val="-16"/>
                <w:szCs w:val="26"/>
              </w:rPr>
              <w:t>BỘ VĂN HOÁ, THỂ THAO VÀ DU LỊCH</w:t>
            </w:r>
          </w:p>
          <w:p w:rsidR="00A47F93" w:rsidRPr="002F7953" w:rsidRDefault="00A47F93" w:rsidP="00856F9F">
            <w:pPr>
              <w:spacing w:after="0" w:line="240" w:lineRule="auto"/>
              <w:jc w:val="center"/>
              <w:rPr>
                <w:b/>
                <w:szCs w:val="26"/>
              </w:rPr>
            </w:pPr>
            <w:r w:rsidRPr="002F7953">
              <w:rPr>
                <w:b/>
                <w:szCs w:val="26"/>
              </w:rPr>
              <w:t>TRƯỜNG ĐẠI HỌC</w:t>
            </w:r>
          </w:p>
          <w:p w:rsidR="00A47F93" w:rsidRPr="003F35D0" w:rsidRDefault="00A47F93" w:rsidP="00856F9F">
            <w:pPr>
              <w:spacing w:after="0" w:line="240" w:lineRule="auto"/>
              <w:jc w:val="center"/>
              <w:rPr>
                <w:b/>
                <w:szCs w:val="26"/>
              </w:rPr>
            </w:pPr>
            <w:r>
              <w:rPr>
                <w:noProof/>
              </w:rPr>
              <mc:AlternateContent>
                <mc:Choice Requires="wps">
                  <w:drawing>
                    <wp:anchor distT="4294967295" distB="4294967295" distL="114300" distR="114300" simplePos="0" relativeHeight="251659264" behindDoc="0" locked="0" layoutInCell="1" allowOverlap="1" wp14:anchorId="32837389" wp14:editId="77F410A1">
                      <wp:simplePos x="0" y="0"/>
                      <wp:positionH relativeFrom="column">
                        <wp:posOffset>501650</wp:posOffset>
                      </wp:positionH>
                      <wp:positionV relativeFrom="paragraph">
                        <wp:posOffset>208914</wp:posOffset>
                      </wp:positionV>
                      <wp:extent cx="1839595" cy="0"/>
                      <wp:effectExtent l="0" t="0" r="2730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9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452B0E"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5pt,16.45pt" to="184.3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HWIHQIAADY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"/>
                  </w:pict>
                </mc:Fallback>
              </mc:AlternateContent>
            </w:r>
            <w:r w:rsidRPr="002F7953">
              <w:rPr>
                <w:b/>
                <w:szCs w:val="26"/>
              </w:rPr>
              <w:t>SÂN KHẤU - ĐIỆN ẢNH HÀ NỘI</w:t>
            </w:r>
          </w:p>
        </w:tc>
        <w:tc>
          <w:tcPr>
            <w:tcW w:w="2648" w:type="pct"/>
          </w:tcPr>
          <w:p w:rsidR="00A47F93" w:rsidRPr="0012539A" w:rsidRDefault="00A47F93" w:rsidP="00856F9F">
            <w:pPr>
              <w:spacing w:after="0" w:line="240" w:lineRule="auto"/>
              <w:jc w:val="center"/>
              <w:rPr>
                <w:b/>
                <w:spacing w:val="-18"/>
                <w:sz w:val="24"/>
                <w:szCs w:val="24"/>
              </w:rPr>
            </w:pPr>
            <w:r w:rsidRPr="0012539A">
              <w:rPr>
                <w:b/>
                <w:spacing w:val="-18"/>
                <w:sz w:val="24"/>
                <w:szCs w:val="24"/>
              </w:rPr>
              <w:t>CỘNG HOÀ XÃ HỘI CHỦ NGHĨA VIỆT NAM</w:t>
            </w:r>
          </w:p>
          <w:p w:rsidR="00A47F93" w:rsidRPr="002F7953" w:rsidRDefault="00A47F93" w:rsidP="00856F9F">
            <w:pPr>
              <w:spacing w:after="0" w:line="240" w:lineRule="auto"/>
              <w:jc w:val="center"/>
              <w:rPr>
                <w:b/>
                <w:szCs w:val="26"/>
              </w:rPr>
            </w:pPr>
            <w:r w:rsidRPr="002F7953">
              <w:rPr>
                <w:b/>
                <w:szCs w:val="26"/>
              </w:rPr>
              <w:t>Độc lập - Tự do - Hạnh phúc</w:t>
            </w:r>
          </w:p>
          <w:p w:rsidR="00A47F93" w:rsidRPr="003F35D0" w:rsidRDefault="00A47F93" w:rsidP="00856F9F">
            <w:pPr>
              <w:spacing w:after="0" w:line="240" w:lineRule="auto"/>
              <w:jc w:val="center"/>
              <w:rPr>
                <w:szCs w:val="26"/>
              </w:rPr>
            </w:pPr>
            <w:r>
              <w:rPr>
                <w:noProof/>
              </w:rPr>
              <mc:AlternateContent>
                <mc:Choice Requires="wps">
                  <w:drawing>
                    <wp:anchor distT="4294967295" distB="4294967295" distL="114300" distR="114300" simplePos="0" relativeHeight="251660288" behindDoc="0" locked="0" layoutInCell="1" allowOverlap="1" wp14:anchorId="692EE3BA" wp14:editId="46E33E7F">
                      <wp:simplePos x="0" y="0"/>
                      <wp:positionH relativeFrom="column">
                        <wp:posOffset>909955</wp:posOffset>
                      </wp:positionH>
                      <wp:positionV relativeFrom="paragraph">
                        <wp:posOffset>38100</wp:posOffset>
                      </wp:positionV>
                      <wp:extent cx="12573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E9AC7"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65pt,3pt" to="17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"/>
                  </w:pict>
                </mc:Fallback>
              </mc:AlternateContent>
            </w:r>
          </w:p>
        </w:tc>
      </w:tr>
    </w:tbl>
    <w:p w:rsidR="00A47F93" w:rsidRPr="00A47F93" w:rsidRDefault="00A47F93" w:rsidP="00A47F93">
      <w:pPr>
        <w:rPr>
          <w:i/>
        </w:rPr>
      </w:pPr>
      <w:r>
        <w:t xml:space="preserve">          Số:        /PTN-PKT&amp;CTHSSV</w:t>
      </w:r>
    </w:p>
    <w:p w:rsidR="00DE5BBC" w:rsidRPr="00A47F93" w:rsidRDefault="00A47F93" w:rsidP="00A47F93">
      <w:pPr>
        <w:jc w:val="right"/>
        <w:rPr>
          <w:i/>
        </w:rPr>
      </w:pPr>
      <w:r w:rsidRPr="00F30315">
        <w:rPr>
          <w:i/>
        </w:rPr>
        <w:t>Hà Nộ</w:t>
      </w:r>
      <w:r>
        <w:rPr>
          <w:i/>
        </w:rPr>
        <w:t>i, ngày      tháng      năm 2026</w:t>
      </w:r>
    </w:p>
    <w:p w:rsidR="00DE5BBC" w:rsidRDefault="004B3525" w:rsidP="00A47F93">
      <w:pPr>
        <w:spacing w:after="0"/>
        <w:jc w:val="center"/>
      </w:pPr>
      <w:r>
        <w:rPr>
          <w:b/>
          <w:sz w:val="28"/>
        </w:rPr>
        <w:t>PHIẾU TIẾP NHẬN HỒ SƠ</w:t>
      </w:r>
    </w:p>
    <w:p w:rsidR="00DE5BBC" w:rsidRDefault="004B3525" w:rsidP="00A47F93">
      <w:pPr>
        <w:spacing w:after="0"/>
        <w:jc w:val="center"/>
      </w:pPr>
      <w:r>
        <w:rPr>
          <w:i/>
        </w:rPr>
        <w:t>Về việc tiếp nhận hồ sơ của người học đi nước ngoài</w:t>
      </w:r>
    </w:p>
    <w:p w:rsidR="00DE5BBC" w:rsidRDefault="004B3525">
      <w:r>
        <w:rPr>
          <w:b/>
        </w:rPr>
        <w:t>1. Thông tin người học:</w:t>
      </w:r>
    </w:p>
    <w:p w:rsidR="00DE5BBC" w:rsidRDefault="004B3525" w:rsidP="009F7166">
      <w:pPr>
        <w:spacing w:after="120"/>
      </w:pPr>
      <w:r>
        <w:t>- Họ và tên: .............................................................</w:t>
      </w:r>
      <w:r w:rsidR="00A47F93">
        <w:t>..</w:t>
      </w:r>
      <w:r>
        <w:t xml:space="preserve"> </w:t>
      </w:r>
      <w:r w:rsidR="00A47F93">
        <w:t>…..</w:t>
      </w:r>
      <w:r>
        <w:t xml:space="preserve">  Mã SV: ..........................</w:t>
      </w:r>
      <w:r w:rsidR="00A47F93">
        <w:t>.............</w:t>
      </w:r>
      <w:r w:rsidR="00842DE4">
        <w:t>...</w:t>
      </w:r>
    </w:p>
    <w:p w:rsidR="00842DE4" w:rsidRDefault="00842DE4" w:rsidP="009F7166">
      <w:pPr>
        <w:spacing w:after="120"/>
      </w:pPr>
      <w:r>
        <w:t>- Lớp:……………………………………..</w:t>
      </w:r>
      <w:r w:rsidR="004B3525">
        <w:t>Khoa: ........................................................</w:t>
      </w:r>
      <w:r>
        <w:t>......</w:t>
      </w:r>
      <w:r w:rsidR="00A47F93">
        <w:t>…...</w:t>
      </w:r>
      <w:r w:rsidR="004B3525">
        <w:t xml:space="preserve"> </w:t>
      </w:r>
    </w:p>
    <w:p w:rsidR="00DE5BBC" w:rsidRDefault="00842DE4" w:rsidP="009F7166">
      <w:pPr>
        <w:spacing w:after="120"/>
      </w:pPr>
      <w:r>
        <w:t>- Khóa</w:t>
      </w:r>
      <w:r w:rsidR="00AE6A65">
        <w:t xml:space="preserve"> học</w:t>
      </w:r>
      <w:r>
        <w:t>:</w:t>
      </w:r>
      <w:r w:rsidR="004B3525">
        <w:t>.........................</w:t>
      </w:r>
      <w:r w:rsidR="00A47F93">
        <w:t>................</w:t>
      </w:r>
      <w:r>
        <w:t>...............................................................</w:t>
      </w:r>
      <w:r w:rsidR="00AE6A65">
        <w:t>.........................</w:t>
      </w:r>
    </w:p>
    <w:p w:rsidR="00DE5BBC" w:rsidRDefault="004B3525" w:rsidP="009F7166">
      <w:pPr>
        <w:spacing w:after="120"/>
      </w:pPr>
      <w:r>
        <w:t>- SĐT: ............................................... Email: ...............................................</w:t>
      </w:r>
      <w:r w:rsidR="00A47F93">
        <w:t>.........................</w:t>
      </w:r>
      <w:r w:rsidR="00842DE4">
        <w:t>....</w:t>
      </w:r>
    </w:p>
    <w:p w:rsidR="00DE5BBC" w:rsidRDefault="004B3525" w:rsidP="009F7166">
      <w:pPr>
        <w:spacing w:after="120"/>
      </w:pPr>
      <w:r>
        <w:rPr>
          <w:b/>
        </w:rPr>
        <w:t>2. Nội dung đề nghị:</w:t>
      </w:r>
    </w:p>
    <w:p w:rsidR="00DE5BBC" w:rsidRDefault="004B3525" w:rsidP="009F7166">
      <w:pPr>
        <w:spacing w:after="120"/>
      </w:pPr>
      <w:r>
        <w:t>- Đi nước ngoài đến (quốc gia/vùng lãnh thổ): ...............................................................</w:t>
      </w:r>
      <w:r w:rsidR="00A47F93">
        <w:t>.......</w:t>
      </w:r>
    </w:p>
    <w:p w:rsidR="00DE5BBC" w:rsidRDefault="004B3525" w:rsidP="009F7166">
      <w:pPr>
        <w:spacing w:after="120"/>
      </w:pPr>
      <w:r>
        <w:t>- Thời gian: từ ngày ....../....../...... đến ngày ....../....../......</w:t>
      </w:r>
      <w:r w:rsidR="00A47F93">
        <w:t>......................................................</w:t>
      </w:r>
    </w:p>
    <w:p w:rsidR="00DE5BBC" w:rsidRDefault="004B3525" w:rsidP="009F7166">
      <w:pPr>
        <w:spacing w:after="120"/>
      </w:pPr>
      <w:r>
        <w:t>- Lý do/mục đích: ................................................................................................</w:t>
      </w:r>
      <w:r w:rsidR="00A47F93">
        <w:t>..................</w:t>
      </w:r>
    </w:p>
    <w:p w:rsidR="00DE5BBC" w:rsidRDefault="004B3525" w:rsidP="009F7166">
      <w:pPr>
        <w:spacing w:after="120"/>
      </w:pPr>
      <w:r>
        <w:t>- Địa chỉ cư trú dự kiến tại nước ngoài: .........................................................................</w:t>
      </w:r>
      <w:r w:rsidR="00A47F93">
        <w:t>........</w:t>
      </w:r>
    </w:p>
    <w:p w:rsidR="00DE5BBC" w:rsidRDefault="004B3525" w:rsidP="00AE6A65">
      <w:pPr>
        <w:spacing w:after="0" w:line="240" w:lineRule="auto"/>
      </w:pPr>
      <w:r>
        <w:rPr>
          <w:b/>
        </w:rPr>
        <w:t>3. Thành phần hồ sơ tiếp nhận:</w:t>
      </w:r>
    </w:p>
    <w:p w:rsidR="00DE5BBC" w:rsidRDefault="004B3525" w:rsidP="00AE6A65">
      <w:pPr>
        <w:spacing w:after="0" w:line="240" w:lineRule="auto"/>
      </w:pPr>
      <w:r w:rsidRPr="00AE6A65">
        <w:rPr>
          <w:sz w:val="52"/>
          <w:szCs w:val="52"/>
        </w:rPr>
        <w:t>□</w:t>
      </w:r>
      <w:r>
        <w:t xml:space="preserve"> Bản cam đoan đi nước ngoài (theo mẫu của Trường).</w:t>
      </w:r>
      <w:bookmarkStart w:id="0" w:name="_GoBack"/>
      <w:bookmarkEnd w:id="0"/>
    </w:p>
    <w:p w:rsidR="00DE5BBC" w:rsidRDefault="00AE6A65" w:rsidP="00AE6A65">
      <w:pPr>
        <w:spacing w:after="0" w:line="240" w:lineRule="auto"/>
      </w:pPr>
      <w:r w:rsidRPr="00AE6A65">
        <w:rPr>
          <w:sz w:val="52"/>
          <w:szCs w:val="52"/>
        </w:rPr>
        <w:t>□</w:t>
      </w:r>
      <w:r w:rsidR="004B3525">
        <w:t xml:space="preserve"> Bản photo CCCD/hộ chiếu hoặc thông tin hộ chiếu.</w:t>
      </w:r>
    </w:p>
    <w:p w:rsidR="00DE5BBC" w:rsidRPr="00D64DF0" w:rsidRDefault="00AE6A65" w:rsidP="00AE6A65">
      <w:pPr>
        <w:spacing w:after="0" w:line="240" w:lineRule="auto"/>
        <w:rPr>
          <w:color w:val="FF0000"/>
        </w:rPr>
      </w:pPr>
      <w:r w:rsidRPr="00AE6A65">
        <w:rPr>
          <w:sz w:val="52"/>
          <w:szCs w:val="52"/>
        </w:rPr>
        <w:t>□</w:t>
      </w:r>
      <w:r w:rsidR="004B3525">
        <w:t xml:space="preserve"> Xác nhận của Khoa/</w:t>
      </w:r>
      <w:r w:rsidR="00D64DF0" w:rsidRPr="002A29A9">
        <w:t>GVCN</w:t>
      </w:r>
      <w:r w:rsidR="004B3525" w:rsidRPr="002A29A9">
        <w:t>.</w:t>
      </w:r>
    </w:p>
    <w:p w:rsidR="00DE5BBC" w:rsidRDefault="00AE6A65" w:rsidP="00AE6A65">
      <w:pPr>
        <w:spacing w:after="0" w:line="240" w:lineRule="auto"/>
      </w:pPr>
      <w:r w:rsidRPr="00AE6A65">
        <w:rPr>
          <w:sz w:val="52"/>
          <w:szCs w:val="52"/>
        </w:rPr>
        <w:t>□</w:t>
      </w:r>
      <w:r w:rsidR="004B3525">
        <w:t xml:space="preserve"> Thông tin chuyến đi (ngày đi/về, liên hệ).</w:t>
      </w:r>
    </w:p>
    <w:p w:rsidR="00DE5BBC" w:rsidRDefault="00AE6A65" w:rsidP="00AE6A65">
      <w:pPr>
        <w:spacing w:after="0" w:line="240" w:lineRule="auto"/>
      </w:pPr>
      <w:r w:rsidRPr="00AE6A65">
        <w:rPr>
          <w:sz w:val="52"/>
          <w:szCs w:val="52"/>
        </w:rPr>
        <w:t>□</w:t>
      </w:r>
      <w:r w:rsidR="004B3525">
        <w:t xml:space="preserve"> Tài liệu khác: ..............................................................................................</w:t>
      </w:r>
      <w:r w:rsidR="00A47F93">
        <w:t>........................</w:t>
      </w:r>
    </w:p>
    <w:p w:rsidR="00DE5BBC" w:rsidRDefault="004B3525" w:rsidP="00AE6A65">
      <w:pPr>
        <w:spacing w:after="0" w:line="240" w:lineRule="auto"/>
      </w:pPr>
      <w:r>
        <w:rPr>
          <w:b/>
        </w:rPr>
        <w:t>4. Kết quả kiểm tra hồ sơ:</w:t>
      </w:r>
    </w:p>
    <w:p w:rsidR="00DE5BBC" w:rsidRDefault="004B3525" w:rsidP="00AE6A65">
      <w:pPr>
        <w:spacing w:after="0" w:line="240" w:lineRule="auto"/>
      </w:pPr>
      <w:r w:rsidRPr="00AE6A65">
        <w:rPr>
          <w:sz w:val="52"/>
          <w:szCs w:val="52"/>
        </w:rPr>
        <w:t>□</w:t>
      </w:r>
      <w:r>
        <w:t xml:space="preserve"> Hồ sơ đầy đủ, hợp lệ.</w:t>
      </w:r>
    </w:p>
    <w:p w:rsidR="00DE5BBC" w:rsidRDefault="004B3525" w:rsidP="00AE6A65">
      <w:pPr>
        <w:spacing w:after="0" w:line="240" w:lineRule="auto"/>
      </w:pPr>
      <w:r w:rsidRPr="00AE6A65">
        <w:rPr>
          <w:sz w:val="52"/>
          <w:szCs w:val="52"/>
        </w:rPr>
        <w:t>□</w:t>
      </w:r>
      <w:r>
        <w:t xml:space="preserve"> Hồ sơ chưa đầy đủ, đề nghị bổ sung: ...........................................................................</w:t>
      </w:r>
      <w:r w:rsidR="00A47F93">
        <w:t>......</w:t>
      </w:r>
    </w:p>
    <w:p w:rsidR="00DE5BBC" w:rsidRDefault="004B3525" w:rsidP="009F7166">
      <w:pPr>
        <w:spacing w:after="120"/>
        <w:jc w:val="both"/>
      </w:pPr>
      <w:r w:rsidRPr="00A47F93">
        <w:rPr>
          <w:b/>
        </w:rPr>
        <w:t>Ghi chú:</w:t>
      </w:r>
      <w:r>
        <w:t xml:space="preserve"> Phiếu này xác nhận việc tiếp nhận hồ sơ. Việc xuất cảnh/nhập cảnh thuộc thẩm quyền giải quyết của cơ quan nhà nước có thẩm quyền theo quy định pháp luật. Người học có trách nhiệm thực hiện đầy đủ nghĩa vụ học tập theo quy định của Trường.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A47F93" w:rsidTr="00A47F93">
        <w:tc>
          <w:tcPr>
            <w:tcW w:w="4814" w:type="dxa"/>
          </w:tcPr>
          <w:p w:rsidR="00A47F93" w:rsidRDefault="00A47F93" w:rsidP="00A47F93">
            <w:pPr>
              <w:jc w:val="center"/>
              <w:rPr>
                <w:b/>
              </w:rPr>
            </w:pPr>
            <w:r>
              <w:rPr>
                <w:b/>
              </w:rPr>
              <w:t>Người nộp hồ sơ</w:t>
            </w:r>
          </w:p>
          <w:p w:rsidR="00A47F93" w:rsidRDefault="00A47F93" w:rsidP="00A47F93">
            <w:pPr>
              <w:jc w:val="center"/>
            </w:pPr>
            <w:r>
              <w:t>(Ký, ghi rõ họ tên)</w:t>
            </w:r>
          </w:p>
        </w:tc>
        <w:tc>
          <w:tcPr>
            <w:tcW w:w="4814" w:type="dxa"/>
          </w:tcPr>
          <w:p w:rsidR="00A47F93" w:rsidRDefault="00A47F93" w:rsidP="00A47F93">
            <w:pPr>
              <w:tabs>
                <w:tab w:val="left" w:pos="5102"/>
              </w:tabs>
              <w:jc w:val="center"/>
              <w:rPr>
                <w:b/>
              </w:rPr>
            </w:pPr>
            <w:r>
              <w:rPr>
                <w:b/>
              </w:rPr>
              <w:t>Cán bộ tiếp nhận</w:t>
            </w:r>
          </w:p>
          <w:p w:rsidR="00A47F93" w:rsidRDefault="00A47F93" w:rsidP="00A47F93">
            <w:pPr>
              <w:jc w:val="center"/>
            </w:pPr>
            <w:r>
              <w:t>(Ký, ghi rõ họ tên)</w:t>
            </w:r>
          </w:p>
        </w:tc>
      </w:tr>
    </w:tbl>
    <w:p w:rsidR="00A47F93" w:rsidRDefault="00A47F93" w:rsidP="00A47F93">
      <w:pPr>
        <w:jc w:val="both"/>
      </w:pPr>
    </w:p>
    <w:p w:rsidR="00DE5BBC" w:rsidRDefault="004B3525" w:rsidP="00A47F93">
      <w:pPr>
        <w:tabs>
          <w:tab w:val="left" w:pos="5102"/>
        </w:tabs>
      </w:pPr>
      <w:r>
        <w:rPr>
          <w:b/>
        </w:rPr>
        <w:lastRenderedPageBreak/>
        <w:br/>
      </w:r>
    </w:p>
    <w:sectPr w:rsidR="00DE5BBC" w:rsidSect="00A47F93">
      <w:pgSz w:w="11907" w:h="16840" w:code="9"/>
      <w:pgMar w:top="851" w:right="851"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2A29A9"/>
    <w:rsid w:val="00326F90"/>
    <w:rsid w:val="004B3525"/>
    <w:rsid w:val="00842DE4"/>
    <w:rsid w:val="009F7166"/>
    <w:rsid w:val="00A47F93"/>
    <w:rsid w:val="00AA1D8D"/>
    <w:rsid w:val="00AE6A65"/>
    <w:rsid w:val="00B47730"/>
    <w:rsid w:val="00C10A04"/>
    <w:rsid w:val="00CB0664"/>
    <w:rsid w:val="00D64DF0"/>
    <w:rsid w:val="00DD7555"/>
    <w:rsid w:val="00DE5BB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146A3F1-8440-4958-A6A1-A744FA109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C10A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A0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D4419-7C39-40A3-BACD-E13B81BAF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325</Words>
  <Characters>1854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13</cp:revision>
  <cp:lastPrinted>2026-01-20T04:14:00Z</cp:lastPrinted>
  <dcterms:created xsi:type="dcterms:W3CDTF">2026-01-19T09:27:00Z</dcterms:created>
  <dcterms:modified xsi:type="dcterms:W3CDTF">2026-01-20T04:14:00Z</dcterms:modified>
  <cp:category/>
</cp:coreProperties>
</file>